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header.xml" ContentType="application/vnd.openxmlformats-officedocument.wordprocessingml.header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xmlns:wp14="http://schemas.microsoft.com/office/word/2010/wordml" w:rsidP="0FEA3408" w14:paraId="7BF6FC2F" wp14:textId="77777777">
      <w:pPr>
        <w:pStyle w:val="Title"/>
        <w:jc w:val="center"/>
        <w:rPr>
          <w:color w:val="auto"/>
        </w:rPr>
      </w:pPr>
      <w:r w:rsidRPr="0FEA3408" w:rsidR="0FEA3408">
        <w:rPr>
          <w:color w:val="auto"/>
        </w:rPr>
        <w:t>WYMAGANIA EDUKACYJNE Z MATEMATYKI</w:t>
      </w:r>
    </w:p>
    <w:p xmlns:wp14="http://schemas.microsoft.com/office/word/2010/wordml" w:rsidP="0FEA3408" w14:paraId="595913F4" wp14:textId="77777777">
      <w:pPr>
        <w:jc w:val="center"/>
        <w:rPr>
          <w:b w:val="1"/>
          <w:bCs w:val="1"/>
          <w:color w:val="auto"/>
          <w:sz w:val="26"/>
          <w:szCs w:val="26"/>
        </w:rPr>
      </w:pPr>
      <w:r w:rsidRPr="0FEA3408" w:rsidR="0FEA3408">
        <w:rPr>
          <w:b w:val="1"/>
          <w:bCs w:val="1"/>
          <w:color w:val="auto"/>
          <w:sz w:val="26"/>
          <w:szCs w:val="26"/>
        </w:rPr>
        <w:t>KLASA V</w:t>
      </w:r>
    </w:p>
    <w:p w:rsidR="0FEA3408" w:rsidP="0FEA3408" w:rsidRDefault="0FEA3408" w14:paraId="07BF0BEC" w14:textId="749ECBA4">
      <w:pPr>
        <w:pStyle w:val="Normal"/>
        <w:suppressLineNumbers w:val="0"/>
        <w:bidi w:val="0"/>
        <w:spacing w:before="0" w:beforeAutospacing="off" w:after="60" w:afterAutospacing="off" w:line="259" w:lineRule="auto"/>
        <w:ind w:left="0" w:right="0"/>
        <w:jc w:val="center"/>
        <w:rPr>
          <w:i w:val="1"/>
          <w:iCs w:val="1"/>
          <w:color w:val="auto"/>
          <w:sz w:val="20"/>
          <w:szCs w:val="20"/>
        </w:rPr>
      </w:pPr>
    </w:p>
    <w:tbl>
      <w:tblPr>
        <w:tblW w:w="0" w:type="auto"/>
        <w:tblLayout w:type="autofit"/>
        <w:tblLook w:val="04A0" w:firstRow="1" w:lastRow="0" w:firstColumn="1" w:lastColumn="0" w:noHBand="0" w:noVBand="1"/>
      </w:tblPr>
      <w:tblGrid>
        <w:gridCol w:w="9859"/>
      </w:tblGrid>
      <w:tr xmlns:wp14="http://schemas.microsoft.com/office/word/2010/wordml" w:rsidTr="0FEA3408" w14:paraId="1FF5389A" wp14:textId="77777777">
        <w:tc>
          <w:tcPr>
            <w:tcW w:w="9859" w:type="dxa"/>
            <w:shd w:val="clear" w:color="auto" w:fill="EAF2F8"/>
            <w:tcMar/>
          </w:tcPr>
          <w:p w:rsidP="0FEA3408" w14:paraId="20E3415E" wp14:textId="77777777">
            <w:pPr>
              <w:rPr>
                <w:color w:val="auto"/>
              </w:rPr>
            </w:pPr>
            <w:r w:rsidRPr="0FEA3408" w:rsidR="0FEA3408">
              <w:rPr>
                <w:b w:val="1"/>
                <w:bCs w:val="1"/>
                <w:color w:val="auto"/>
              </w:rPr>
              <w:t xml:space="preserve">Zasada odczytywania dokumentu: </w:t>
            </w:r>
            <w:r w:rsidRPr="0FEA3408" w:rsidR="0FEA3408">
              <w:rPr>
                <w:color w:val="auto"/>
              </w:rPr>
              <w:t>wymagania mają charakter narastający. Dla każdej kolejnej oceny obowiązują wszystkie wymagania wskazane przy ocenach niższych oraz dodatkowe wymagania wymienione w danej części.</w:t>
            </w:r>
          </w:p>
        </w:tc>
      </w:tr>
    </w:tbl>
    <w:p xmlns:wp14="http://schemas.microsoft.com/office/word/2010/wordml" w:rsidP="0FEA3408" w14:paraId="672A6659" wp14:textId="77777777">
      <w:pPr>
        <w:rPr>
          <w:color w:val="auto"/>
        </w:rPr>
      </w:pPr>
    </w:p>
    <w:p xmlns:wp14="http://schemas.microsoft.com/office/word/2010/wordml" w:rsidP="0FEA3408" w14:paraId="7145EEBC" wp14:textId="77777777">
      <w:pPr>
        <w:pStyle w:val="Heading1"/>
        <w:rPr>
          <w:color w:val="auto"/>
        </w:rPr>
      </w:pPr>
      <w:r w:rsidRPr="0FEA3408" w:rsidR="0FEA3408">
        <w:rPr>
          <w:color w:val="auto"/>
        </w:rPr>
        <w:t>WYMAGANIA NA OCENĘ DOPUSZCZAJĄCĄ (2)</w:t>
      </w:r>
    </w:p>
    <w:p xmlns:wp14="http://schemas.microsoft.com/office/word/2010/wordml" w:rsidP="0FEA3408" w14:paraId="2EDADC90" wp14:textId="77777777">
      <w:pPr>
        <w:jc w:val="center"/>
        <w:rPr>
          <w:i w:val="1"/>
          <w:iCs w:val="1"/>
          <w:color w:val="auto"/>
        </w:rPr>
      </w:pPr>
      <w:r w:rsidRPr="0FEA3408" w:rsidR="0FEA3408">
        <w:rPr>
          <w:i w:val="1"/>
          <w:iCs w:val="1"/>
          <w:color w:val="auto"/>
        </w:rPr>
        <w:t>poziom konieczny</w:t>
      </w:r>
    </w:p>
    <w:p xmlns:wp14="http://schemas.microsoft.com/office/word/2010/wordml" w:rsidP="0FEA3408" w14:paraId="1BC798A6" wp14:textId="77777777">
      <w:pPr>
        <w:rPr>
          <w:b w:val="1"/>
          <w:bCs w:val="1"/>
          <w:color w:val="auto"/>
        </w:rPr>
      </w:pPr>
      <w:r w:rsidRPr="0FEA3408" w:rsidR="0FEA3408">
        <w:rPr>
          <w:b w:val="1"/>
          <w:bCs w:val="1"/>
          <w:color w:val="auto"/>
        </w:rPr>
        <w:t>Uczeń spełnia następujące wymagania:</w:t>
      </w:r>
    </w:p>
    <w:p xmlns:wp14="http://schemas.microsoft.com/office/word/2010/wordml" w:rsidP="0FEA3408" w14:paraId="5DB407C7" wp14:textId="77777777">
      <w:pPr>
        <w:pStyle w:val="Heading2"/>
        <w:rPr>
          <w:color w:val="auto"/>
        </w:rPr>
      </w:pPr>
      <w:r w:rsidRPr="0FEA3408" w:rsidR="0FEA3408">
        <w:rPr>
          <w:color w:val="auto"/>
        </w:rPr>
        <w:t>DZIAŁ 1. LICZBY I DZIAŁANIA</w:t>
      </w:r>
    </w:p>
    <w:p xmlns:wp14="http://schemas.microsoft.com/office/word/2010/wordml" w:rsidP="0FEA3408" w14:paraId="162D359E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zna system dziesiątkowy (K)</w:t>
      </w:r>
    </w:p>
    <w:p xmlns:wp14="http://schemas.microsoft.com/office/word/2010/wordml" w:rsidP="0FEA3408" w14:paraId="7DE2C3D6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rozumie różnicę między cyfrą a liczbą (K)</w:t>
      </w:r>
    </w:p>
    <w:p xmlns:wp14="http://schemas.microsoft.com/office/word/2010/wordml" w:rsidP="0FEA3408" w14:paraId="590E96A8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rozumie pojęcie osi liczbowej (K)</w:t>
      </w:r>
    </w:p>
    <w:p xmlns:wp14="http://schemas.microsoft.com/office/word/2010/wordml" w:rsidP="0FEA3408" w14:paraId="15CFB793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rozumie wartość liczby w zależności od położenia jej cyfr (K)</w:t>
      </w:r>
    </w:p>
    <w:p xmlns:wp14="http://schemas.microsoft.com/office/word/2010/wordml" w:rsidP="0FEA3408" w14:paraId="3F4F2F07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zapisywać liczby za pomocą cyfr (K – P)</w:t>
      </w:r>
    </w:p>
    <w:p xmlns:wp14="http://schemas.microsoft.com/office/word/2010/wordml" w:rsidP="0FEA3408" w14:paraId="3DD37659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odczytywać liczby zapisane cyframi (K)</w:t>
      </w:r>
    </w:p>
    <w:p xmlns:wp14="http://schemas.microsoft.com/office/word/2010/wordml" w:rsidP="0FEA3408" w14:paraId="4281A34B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zapisywać liczby słowami (K – P)</w:t>
      </w:r>
    </w:p>
    <w:p xmlns:wp14="http://schemas.microsoft.com/office/word/2010/wordml" w:rsidP="0FEA3408" w14:paraId="3F1B75F7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porównywać liczby (K)</w:t>
      </w:r>
    </w:p>
    <w:p xmlns:wp14="http://schemas.microsoft.com/office/word/2010/wordml" w:rsidP="0FEA3408" w14:paraId="782FDF13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porządkować liczby w kolejności od najmniejszej do największej lub odwrotnie (K – P)</w:t>
      </w:r>
    </w:p>
    <w:p xmlns:wp14="http://schemas.microsoft.com/office/word/2010/wordml" w:rsidP="0FEA3408" w14:paraId="6B937D56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odczytywać współrzędne punktów na osi liczbowej (K – R)</w:t>
      </w:r>
    </w:p>
    <w:p xmlns:wp14="http://schemas.microsoft.com/office/word/2010/wordml" w:rsidP="0FEA3408" w14:paraId="503EE70D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zna nazwy działań i ich elementów (K)</w:t>
      </w:r>
    </w:p>
    <w:p xmlns:wp14="http://schemas.microsoft.com/office/word/2010/wordml" w:rsidP="0FEA3408" w14:paraId="142D17B2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pamięciowo dodawać i odejmować liczby w zakresie 100 (K)</w:t>
      </w:r>
    </w:p>
    <w:p xmlns:wp14="http://schemas.microsoft.com/office/word/2010/wordml" w:rsidP="0FEA3408" w14:paraId="47D21DE3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pamięciowo mnożyć liczby dwucyfrowe przez jednocyfrowe w zakresie 100 (K)</w:t>
      </w:r>
    </w:p>
    <w:p xmlns:wp14="http://schemas.microsoft.com/office/word/2010/wordml" w:rsidP="0FEA3408" w14:paraId="156D0D03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pamięciowo dzielić liczby dwucyfrowe przez jednocyfrowe lub dwucyfrowe w zakresie 100 (K)</w:t>
      </w:r>
    </w:p>
    <w:p xmlns:wp14="http://schemas.microsoft.com/office/word/2010/wordml" w:rsidP="0FEA3408" w14:paraId="1B29CCAA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wykonywać dzielenie z resztą (K – P)</w:t>
      </w:r>
    </w:p>
    <w:p xmlns:wp14="http://schemas.microsoft.com/office/word/2010/wordml" w:rsidP="0FEA3408" w14:paraId="6BA03FB9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zna kolejność wykonywania działań, gdy nie występują i gdy występują nawiasy (K)</w:t>
      </w:r>
    </w:p>
    <w:p xmlns:wp14="http://schemas.microsoft.com/office/word/2010/wordml" w:rsidP="0FEA3408" w14:paraId="7D63EA4D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wskazać działanie, które należy wykonać jako pierwsze (K)</w:t>
      </w:r>
    </w:p>
    <w:p xmlns:wp14="http://schemas.microsoft.com/office/word/2010/wordml" w:rsidP="0FEA3408" w14:paraId="399DB1B3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obliczać wartości wyrażeń arytmetycznych dwudziałaniowych z uwzględnieniem kolejności działań i nawiasów (K)</w:t>
      </w:r>
    </w:p>
    <w:p xmlns:wp14="http://schemas.microsoft.com/office/word/2010/wordml" w:rsidP="0FEA3408" w14:paraId="4BE42C8D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zna algorytm dodawania i odejmowania pisemnego (K)</w:t>
      </w:r>
    </w:p>
    <w:p xmlns:wp14="http://schemas.microsoft.com/office/word/2010/wordml" w:rsidP="0FEA3408" w14:paraId="1E9C92F1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rozumie potrzebę stosowania dodawania i odejmowania pisemnego (K)</w:t>
      </w:r>
    </w:p>
    <w:p xmlns:wp14="http://schemas.microsoft.com/office/word/2010/wordml" w:rsidP="0FEA3408" w14:paraId="37A8ECA2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dodawać i odejmować pisemnie liczby bez przekraczania progu dziesiątkowego i z przekraczaniem jednego progu dziesiątkowego (K)</w:t>
      </w:r>
    </w:p>
    <w:p xmlns:wp14="http://schemas.microsoft.com/office/word/2010/wordml" w:rsidP="0FEA3408" w14:paraId="49614F8C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porównywać różnicowo liczby (K – R)</w:t>
      </w:r>
    </w:p>
    <w:p xmlns:wp14="http://schemas.microsoft.com/office/word/2010/wordml" w:rsidP="0FEA3408" w14:paraId="13F157B6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zna algorytmy mnożenia pisemnego (K)</w:t>
      </w:r>
    </w:p>
    <w:p xmlns:wp14="http://schemas.microsoft.com/office/word/2010/wordml" w:rsidP="0FEA3408" w14:paraId="5552F406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rozumie potrzebę stosowania mnożenia pisemnego (K)</w:t>
      </w:r>
    </w:p>
    <w:p xmlns:wp14="http://schemas.microsoft.com/office/word/2010/wordml" w:rsidP="0FEA3408" w14:paraId="7BACBCCE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mnożyć pisemnie liczby wielocyfrowe przez dwucyfrowe (K)</w:t>
      </w:r>
    </w:p>
    <w:p xmlns:wp14="http://schemas.microsoft.com/office/word/2010/wordml" w:rsidP="0FEA3408" w14:paraId="3104C2DD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zna algorytmy dzielenia pisemnego (K)</w:t>
      </w:r>
    </w:p>
    <w:p xmlns:wp14="http://schemas.microsoft.com/office/word/2010/wordml" w:rsidP="0FEA3408" w14:paraId="2C2C0616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dzielić pisemnie liczby wielocyfrowe przez jednocyfrowe (K)</w:t>
      </w:r>
    </w:p>
    <w:p xmlns:wp14="http://schemas.microsoft.com/office/word/2010/wordml" w:rsidP="0FEA3408" w14:paraId="2D69DCEA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pomniejszać liczby n razy (K – R)</w:t>
      </w:r>
    </w:p>
    <w:p xmlns:wp14="http://schemas.microsoft.com/office/word/2010/wordml" w:rsidP="0FEA3408" w14:paraId="79B2B252" wp14:textId="77777777">
      <w:pPr>
        <w:pStyle w:val="Heading2"/>
        <w:rPr>
          <w:color w:val="auto"/>
        </w:rPr>
      </w:pPr>
      <w:r w:rsidRPr="0FEA3408" w:rsidR="0FEA3408">
        <w:rPr>
          <w:color w:val="auto"/>
        </w:rPr>
        <w:t>DZIAŁ 2. WŁASNOŚCI LICZB NATURALNYCH</w:t>
      </w:r>
    </w:p>
    <w:p xmlns:wp14="http://schemas.microsoft.com/office/word/2010/wordml" w:rsidP="0FEA3408" w14:paraId="6E5A3A71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zna pojęcie wielokrotności liczby naturalnej (K)</w:t>
      </w:r>
    </w:p>
    <w:p xmlns:wp14="http://schemas.microsoft.com/office/word/2010/wordml" w:rsidP="0FEA3408" w14:paraId="48C758BD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wskazywać lub podawać wielokrotności liczb naturalnych (K)</w:t>
      </w:r>
    </w:p>
    <w:p xmlns:wp14="http://schemas.microsoft.com/office/word/2010/wordml" w:rsidP="0FEA3408" w14:paraId="7FBE69E1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wskazywać wielokrotności liczb naturalnych na osi liczbowej (K)</w:t>
      </w:r>
    </w:p>
    <w:p xmlns:wp14="http://schemas.microsoft.com/office/word/2010/wordml" w:rsidP="0FEA3408" w14:paraId="1818FA18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zna pojęcie dzielnika liczby naturalnej (K)</w:t>
      </w:r>
    </w:p>
    <w:p xmlns:wp14="http://schemas.microsoft.com/office/word/2010/wordml" w:rsidP="0FEA3408" w14:paraId="07EB70C0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podawać dzielniki liczb naturalnych (K – P)</w:t>
      </w:r>
    </w:p>
    <w:p xmlns:wp14="http://schemas.microsoft.com/office/word/2010/wordml" w:rsidP="0FEA3408" w14:paraId="2655EA28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wskazywać wspólne dzielniki danych liczb naturalnych (K – P)</w:t>
      </w:r>
    </w:p>
    <w:p xmlns:wp14="http://schemas.microsoft.com/office/word/2010/wordml" w:rsidP="0FEA3408" w14:paraId="64BBF8AF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zna cechy podzielności przez: 2, 5, 10, 100 (K)</w:t>
      </w:r>
    </w:p>
    <w:p xmlns:wp14="http://schemas.microsoft.com/office/word/2010/wordml" w:rsidP="0FEA3408" w14:paraId="005F8749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rozpoznawać liczby podzielne przez: 2, 5, 10, 100 (K)</w:t>
      </w:r>
    </w:p>
    <w:p xmlns:wp14="http://schemas.microsoft.com/office/word/2010/wordml" w:rsidP="0FEA3408" w14:paraId="3F97B6F4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zna pojęcia: liczby pierwszej i liczby złożonej (K)</w:t>
      </w:r>
    </w:p>
    <w:p xmlns:wp14="http://schemas.microsoft.com/office/word/2010/wordml" w:rsidP="0FEA3408" w14:paraId="50C8B99B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zna sposób rozkładu liczb na czynniki pierwsze (K – P)</w:t>
      </w:r>
    </w:p>
    <w:p xmlns:wp14="http://schemas.microsoft.com/office/word/2010/wordml" w:rsidP="0FEA3408" w14:paraId="7A98B17D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rozumie sposób rozkładu liczb na czynniki pierwsze (K – P)</w:t>
      </w:r>
    </w:p>
    <w:p xmlns:wp14="http://schemas.microsoft.com/office/word/2010/wordml" w:rsidP="0FEA3408" w14:paraId="11ED25E1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rozkładać na czynniki pierwsze liczby dwucyfrowe (K)</w:t>
      </w:r>
    </w:p>
    <w:p xmlns:wp14="http://schemas.microsoft.com/office/word/2010/wordml" w:rsidP="0FEA3408" w14:paraId="6C3B8DE8" wp14:textId="77777777">
      <w:pPr>
        <w:pStyle w:val="Heading2"/>
        <w:rPr>
          <w:color w:val="auto"/>
        </w:rPr>
      </w:pPr>
      <w:r w:rsidRPr="0FEA3408" w:rsidR="0FEA3408">
        <w:rPr>
          <w:color w:val="auto"/>
        </w:rPr>
        <w:t>DZIAŁ 3. UŁAMKI ZWYKŁE</w:t>
      </w:r>
    </w:p>
    <w:p xmlns:wp14="http://schemas.microsoft.com/office/word/2010/wordml" w:rsidP="0FEA3408" w14:paraId="6424AA76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zna pojęcie ułamka jako części całości lub zbiorowości (K)</w:t>
      </w:r>
    </w:p>
    <w:p xmlns:wp14="http://schemas.microsoft.com/office/word/2010/wordml" w:rsidP="0FEA3408" w14:paraId="31744FFC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zna budowę ułamka zwykłego (K)</w:t>
      </w:r>
    </w:p>
    <w:p xmlns:wp14="http://schemas.microsoft.com/office/word/2010/wordml" w:rsidP="0FEA3408" w14:paraId="425D8968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zna pojęcie liczby mieszanej (K)</w:t>
      </w:r>
    </w:p>
    <w:p xmlns:wp14="http://schemas.microsoft.com/office/word/2010/wordml" w:rsidP="0FEA3408" w14:paraId="47BDAFB3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rozumie pojęcie ułamka jako wynik podziału na równe części (K)</w:t>
      </w:r>
    </w:p>
    <w:p xmlns:wp14="http://schemas.microsoft.com/office/word/2010/wordml" w:rsidP="0FEA3408" w14:paraId="073F0660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zamieniać całości na ułamki niewłaściwe (K)</w:t>
      </w:r>
    </w:p>
    <w:p xmlns:wp14="http://schemas.microsoft.com/office/word/2010/wordml" w:rsidP="0FEA3408" w14:paraId="0A7A6012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opisywać części figur lub zbiorów skończonych za pomocą ułamka (K – R)</w:t>
      </w:r>
    </w:p>
    <w:p xmlns:wp14="http://schemas.microsoft.com/office/word/2010/wordml" w:rsidP="0FEA3408" w14:paraId="488891EC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odczytywać zaznaczone ułamki na osi liczbowej (K – R)</w:t>
      </w:r>
    </w:p>
    <w:p xmlns:wp14="http://schemas.microsoft.com/office/word/2010/wordml" w:rsidP="0FEA3408" w14:paraId="1B597970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zna pojęcie ułamka jako ilorazu dwóch liczb naturalnych (K)</w:t>
      </w:r>
    </w:p>
    <w:p xmlns:wp14="http://schemas.microsoft.com/office/word/2010/wordml" w:rsidP="0FEA3408" w14:paraId="61ECF38B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rozumie pojęcie ułamka jako ilorazu dwóch liczb naturalnych (K)</w:t>
      </w:r>
    </w:p>
    <w:p xmlns:wp14="http://schemas.microsoft.com/office/word/2010/wordml" w:rsidP="0FEA3408" w14:paraId="746A9DCE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przedstawiać ułamek zwykły w postaci ilorazu liczb naturalnych i odwrotnie (K)</w:t>
      </w:r>
    </w:p>
    <w:p xmlns:wp14="http://schemas.microsoft.com/office/word/2010/wordml" w:rsidP="0FEA3408" w14:paraId="1542F957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stosować odpowiedniości: dzielna – licznik, dzielnik – mianownik, znak dzielenia – kreska ułamkowa (K)</w:t>
      </w:r>
    </w:p>
    <w:p xmlns:wp14="http://schemas.microsoft.com/office/word/2010/wordml" w:rsidP="0FEA3408" w14:paraId="2044856A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zna zasadę skracania i rozszerzania ułamków zwykłych (K)</w:t>
      </w:r>
    </w:p>
    <w:p xmlns:wp14="http://schemas.microsoft.com/office/word/2010/wordml" w:rsidP="0FEA3408" w14:paraId="07001FFD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skracać (rozszerzać) ułamki (K – P)</w:t>
      </w:r>
    </w:p>
    <w:p xmlns:wp14="http://schemas.microsoft.com/office/word/2010/wordml" w:rsidP="0FEA3408" w14:paraId="447B726F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zna algorytm porównywania ułamków o równych mianownikach (K)</w:t>
      </w:r>
    </w:p>
    <w:p xmlns:wp14="http://schemas.microsoft.com/office/word/2010/wordml" w:rsidP="0FEA3408" w14:paraId="1E9B1DC1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porównywać ułamki o równych mianownikach (K)</w:t>
      </w:r>
    </w:p>
    <w:p xmlns:wp14="http://schemas.microsoft.com/office/word/2010/wordml" w:rsidP="0FEA3408" w14:paraId="6C41996D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zna algorytm dodawania i odejmowania ułamków zwykłych o jednakowych mianownikach (K)</w:t>
      </w:r>
    </w:p>
    <w:p xmlns:wp14="http://schemas.microsoft.com/office/word/2010/wordml" w:rsidP="0FEA3408" w14:paraId="5E268B81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dodawać i odejmować:</w:t>
      </w:r>
    </w:p>
    <w:p xmlns:wp14="http://schemas.microsoft.com/office/word/2010/wordml" w:rsidP="0FEA3408" w14:paraId="0CF2350D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– ułamki o tych samych mianownikach (K)</w:t>
      </w:r>
    </w:p>
    <w:p xmlns:wp14="http://schemas.microsoft.com/office/word/2010/wordml" w:rsidP="0FEA3408" w14:paraId="3A2ADC23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– liczby mieszane o tych samych mianownikach (K – P)</w:t>
      </w:r>
    </w:p>
    <w:p xmlns:wp14="http://schemas.microsoft.com/office/word/2010/wordml" w:rsidP="0FEA3408" w14:paraId="491F96AA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odejmować ułamki od całości (K)</w:t>
      </w:r>
    </w:p>
    <w:p xmlns:wp14="http://schemas.microsoft.com/office/word/2010/wordml" w:rsidP="0FEA3408" w14:paraId="1BB21566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zna zasadę dodawania i odejmowania ułamków zwykłych o różnych mianownikach (K)</w:t>
      </w:r>
    </w:p>
    <w:p xmlns:wp14="http://schemas.microsoft.com/office/word/2010/wordml" w:rsidP="0FEA3408" w14:paraId="59AD18DE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zna algorytm mnożenia ułamków przez liczby naturalne (K)</w:t>
      </w:r>
    </w:p>
    <w:p xmlns:wp14="http://schemas.microsoft.com/office/word/2010/wordml" w:rsidP="0FEA3408" w14:paraId="4DD7D402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mnożyć ułamki przez liczby naturalne (K)</w:t>
      </w:r>
    </w:p>
    <w:p xmlns:wp14="http://schemas.microsoft.com/office/word/2010/wordml" w:rsidP="0FEA3408" w14:paraId="3A04FC86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zna algorytm mnożenia ułamków (K)</w:t>
      </w:r>
    </w:p>
    <w:p xmlns:wp14="http://schemas.microsoft.com/office/word/2010/wordml" w:rsidP="0FEA3408" w14:paraId="355B7724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zna pojęcie odwrotności liczby (K)</w:t>
      </w:r>
    </w:p>
    <w:p xmlns:wp14="http://schemas.microsoft.com/office/word/2010/wordml" w:rsidP="0FEA3408" w14:paraId="3B36CFDB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mnożyć dwa ułamki zwykłe (K)</w:t>
      </w:r>
    </w:p>
    <w:p xmlns:wp14="http://schemas.microsoft.com/office/word/2010/wordml" w:rsidP="0FEA3408" w14:paraId="0EEE543D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podawać odwrotności ułamków i liczb naturalnych (K)</w:t>
      </w:r>
    </w:p>
    <w:p xmlns:wp14="http://schemas.microsoft.com/office/word/2010/wordml" w:rsidP="0FEA3408" w14:paraId="3EAB500D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zna algorytm dzielenia ułamków zwykłych przez liczby naturalne (K)</w:t>
      </w:r>
    </w:p>
    <w:p xmlns:wp14="http://schemas.microsoft.com/office/word/2010/wordml" w:rsidP="0FEA3408" w14:paraId="3238F7D0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dzielić ułamki przez liczby naturalne (K)</w:t>
      </w:r>
    </w:p>
    <w:p xmlns:wp14="http://schemas.microsoft.com/office/word/2010/wordml" w:rsidP="0FEA3408" w14:paraId="3EFBF163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zna algorytm dzielenia ułamków zwykłych (K)</w:t>
      </w:r>
    </w:p>
    <w:p xmlns:wp14="http://schemas.microsoft.com/office/word/2010/wordml" w:rsidP="0FEA3408" w14:paraId="2EBA8B9C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dzielić ułamki zwykłe przez ułamki zwykłe (K)</w:t>
      </w:r>
    </w:p>
    <w:p xmlns:wp14="http://schemas.microsoft.com/office/word/2010/wordml" w:rsidP="0FEA3408" w14:paraId="00AD82A8" wp14:textId="77777777">
      <w:pPr>
        <w:pStyle w:val="Heading2"/>
        <w:rPr>
          <w:color w:val="auto"/>
        </w:rPr>
      </w:pPr>
      <w:r w:rsidRPr="0FEA3408" w:rsidR="0FEA3408">
        <w:rPr>
          <w:color w:val="auto"/>
        </w:rPr>
        <w:t>DZIAŁ 4. FIGURY NA PŁASZCZYŹNIE</w:t>
      </w:r>
    </w:p>
    <w:p xmlns:wp14="http://schemas.microsoft.com/office/word/2010/wordml" w:rsidP="0FEA3408" w14:paraId="491DF989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zna podstawowe figury geometryczne (K)</w:t>
      </w:r>
    </w:p>
    <w:p xmlns:wp14="http://schemas.microsoft.com/office/word/2010/wordml" w:rsidP="0FEA3408" w14:paraId="42CC05F0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rozpoznawać proste i odcinki prostopadłe (równoległe) (K)</w:t>
      </w:r>
    </w:p>
    <w:p xmlns:wp14="http://schemas.microsoft.com/office/word/2010/wordml" w:rsidP="0FEA3408" w14:paraId="7133AF4C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kreślić proste i odcinki prostopadłe (K)</w:t>
      </w:r>
    </w:p>
    <w:p xmlns:wp14="http://schemas.microsoft.com/office/word/2010/wordml" w:rsidP="0FEA3408" w14:paraId="2C44DA13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kreślić prostą prostopadłą przechodzącą przez punkt nieleżący na prostej (K)</w:t>
      </w:r>
    </w:p>
    <w:p xmlns:wp14="http://schemas.microsoft.com/office/word/2010/wordml" w:rsidP="0FEA3408" w14:paraId="6B5DE9A9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zna pojęcie kąta (K)</w:t>
      </w:r>
    </w:p>
    <w:p xmlns:wp14="http://schemas.microsoft.com/office/word/2010/wordml" w:rsidP="0FEA3408" w14:paraId="4AB9B629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zna rodzaje kątów: prosty, ostry, rozwarty, pełny, półpełny (K)</w:t>
      </w:r>
    </w:p>
    <w:p xmlns:wp14="http://schemas.microsoft.com/office/word/2010/wordml" w:rsidP="0FEA3408" w14:paraId="4CAEE2B1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rozróżniać poszczególne rodzaje kątów (K – R)</w:t>
      </w:r>
    </w:p>
    <w:p xmlns:wp14="http://schemas.microsoft.com/office/word/2010/wordml" w:rsidP="0FEA3408" w14:paraId="6FC6D400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rysować poszczególne rodzaje kątów (K – P)</w:t>
      </w:r>
    </w:p>
    <w:p xmlns:wp14="http://schemas.microsoft.com/office/word/2010/wordml" w:rsidP="0FEA3408" w14:paraId="56F412E6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zna jednostki miary kątów: stopnie (K)</w:t>
      </w:r>
    </w:p>
    <w:p xmlns:wp14="http://schemas.microsoft.com/office/word/2010/wordml" w:rsidP="0FEA3408" w14:paraId="795C4274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mierzyć kąty (K – P)</w:t>
      </w:r>
    </w:p>
    <w:p xmlns:wp14="http://schemas.microsoft.com/office/word/2010/wordml" w:rsidP="0FEA3408" w14:paraId="5D929E6C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rysować kąty o danej mierze stopniowej (K – R)</w:t>
      </w:r>
    </w:p>
    <w:p xmlns:wp14="http://schemas.microsoft.com/office/word/2010/wordml" w:rsidP="0FEA3408" w14:paraId="6787C6A1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zna pojęcia kątów:</w:t>
      </w:r>
    </w:p>
    <w:p xmlns:wp14="http://schemas.microsoft.com/office/word/2010/wordml" w:rsidP="0FEA3408" w14:paraId="12898D74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– przyległych (K)</w:t>
      </w:r>
    </w:p>
    <w:p xmlns:wp14="http://schemas.microsoft.com/office/word/2010/wordml" w:rsidP="0FEA3408" w14:paraId="0ECE5551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– wierzchołkowych (K)</w:t>
      </w:r>
    </w:p>
    <w:p xmlns:wp14="http://schemas.microsoft.com/office/word/2010/wordml" w:rsidP="0FEA3408" w14:paraId="092E5AF0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zna związki miarowe pomiędzy poszczególnymi rodzajami kątów (K – P)</w:t>
      </w:r>
    </w:p>
    <w:p xmlns:wp14="http://schemas.microsoft.com/office/word/2010/wordml" w:rsidP="0FEA3408" w14:paraId="235147D2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wskazywać poszczególne rodzaje kątów (K – P)</w:t>
      </w:r>
    </w:p>
    <w:p xmlns:wp14="http://schemas.microsoft.com/office/word/2010/wordml" w:rsidP="0FEA3408" w14:paraId="0C7A4A25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określać miary kątów przyległych, wierzchołkowych na podstawie rysunku lub treści zadania (K – R)</w:t>
      </w:r>
    </w:p>
    <w:p xmlns:wp14="http://schemas.microsoft.com/office/word/2010/wordml" w:rsidP="0FEA3408" w14:paraId="76AD60F2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zna pojęcie wielokąta (K)</w:t>
      </w:r>
    </w:p>
    <w:p xmlns:wp14="http://schemas.microsoft.com/office/word/2010/wordml" w:rsidP="0FEA3408" w14:paraId="451286E8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zna pojęcie wierzchołka, kąta, boku wielokąta (K)</w:t>
      </w:r>
    </w:p>
    <w:p xmlns:wp14="http://schemas.microsoft.com/office/word/2010/wordml" w:rsidP="0FEA3408" w14:paraId="05110AED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zna pojęcie przekątnej wielokąta (K)</w:t>
      </w:r>
    </w:p>
    <w:p xmlns:wp14="http://schemas.microsoft.com/office/word/2010/wordml" w:rsidP="0FEA3408" w14:paraId="3CC548B0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zna pojęcie obwodu wielokąta (K)</w:t>
      </w:r>
    </w:p>
    <w:p xmlns:wp14="http://schemas.microsoft.com/office/word/2010/wordml" w:rsidP="0FEA3408" w14:paraId="41902C17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rysować wielokąty o danych cechach (K – P)</w:t>
      </w:r>
    </w:p>
    <w:p xmlns:wp14="http://schemas.microsoft.com/office/word/2010/wordml" w:rsidP="0FEA3408" w14:paraId="6D1E6598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rysować przekątne wielokąta (K)</w:t>
      </w:r>
    </w:p>
    <w:p xmlns:wp14="http://schemas.microsoft.com/office/word/2010/wordml" w:rsidP="0FEA3408" w14:paraId="3166AE16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obliczać obwody wielokątów w rzeczywistości (K – P)</w:t>
      </w:r>
    </w:p>
    <w:p xmlns:wp14="http://schemas.microsoft.com/office/word/2010/wordml" w:rsidP="0FEA3408" w14:paraId="5BA682CA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zna rodzaje trójkątów (K – P)</w:t>
      </w:r>
    </w:p>
    <w:p xmlns:wp14="http://schemas.microsoft.com/office/word/2010/wordml" w:rsidP="0FEA3408" w14:paraId="74ACECD0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wskazywać i rysować poszczególne rodzaje trójkątów (K – P)</w:t>
      </w:r>
    </w:p>
    <w:p xmlns:wp14="http://schemas.microsoft.com/office/word/2010/wordml" w:rsidP="0FEA3408" w14:paraId="78F80FC9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określać rodzaje trójkątów na podstawie rysunków (K – P)</w:t>
      </w:r>
    </w:p>
    <w:p xmlns:wp14="http://schemas.microsoft.com/office/word/2010/wordml" w:rsidP="0FEA3408" w14:paraId="178348D0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obliczać obwód trójkąta o danych długościach boków (K)</w:t>
      </w:r>
    </w:p>
    <w:p xmlns:wp14="http://schemas.microsoft.com/office/word/2010/wordml" w:rsidP="0FEA3408" w14:paraId="63EAB283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zna sumę miar kątów wewnętrznych trójkąta (K)</w:t>
      </w:r>
    </w:p>
    <w:p xmlns:wp14="http://schemas.microsoft.com/office/word/2010/wordml" w:rsidP="0FEA3408" w14:paraId="2A41226F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zna pojęcia: prostokąt, kwadrat (K)</w:t>
      </w:r>
    </w:p>
    <w:p xmlns:wp14="http://schemas.microsoft.com/office/word/2010/wordml" w:rsidP="0FEA3408" w14:paraId="00FE9396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zna własności prostokąta i kwadratu (K)</w:t>
      </w:r>
    </w:p>
    <w:p xmlns:wp14="http://schemas.microsoft.com/office/word/2010/wordml" w:rsidP="0FEA3408" w14:paraId="3AFCA465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rysować prostokąt, kwadrat o danych bokach (K)</w:t>
      </w:r>
    </w:p>
    <w:p xmlns:wp14="http://schemas.microsoft.com/office/word/2010/wordml" w:rsidP="0FEA3408" w14:paraId="07D0A815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obliczać obwody prostokątów i kwadratów (K – R)</w:t>
      </w:r>
    </w:p>
    <w:p xmlns:wp14="http://schemas.microsoft.com/office/word/2010/wordml" w:rsidP="0FEA3408" w14:paraId="637DE4D4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zna pojęcia: równoległobok, romb (K)</w:t>
      </w:r>
    </w:p>
    <w:p xmlns:wp14="http://schemas.microsoft.com/office/word/2010/wordml" w:rsidP="0FEA3408" w14:paraId="303B55CF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zna własności boków równoległoboku i rombu (K)</w:t>
      </w:r>
    </w:p>
    <w:p xmlns:wp14="http://schemas.microsoft.com/office/word/2010/wordml" w:rsidP="0FEA3408" w14:paraId="17B6811C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wyróżniać spośród czworokątów równoległoboki i romby (K)</w:t>
      </w:r>
    </w:p>
    <w:p xmlns:wp14="http://schemas.microsoft.com/office/word/2010/wordml" w:rsidP="0FEA3408" w14:paraId="23A075AF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rysować przekątne równoległoboków i rombów (K)</w:t>
      </w:r>
    </w:p>
    <w:p xmlns:wp14="http://schemas.microsoft.com/office/word/2010/wordml" w:rsidP="0FEA3408" w14:paraId="72811D00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zna pojęcie trapezu (K)</w:t>
      </w:r>
    </w:p>
    <w:p xmlns:wp14="http://schemas.microsoft.com/office/word/2010/wordml" w:rsidP="0FEA3408" w14:paraId="18668D9E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zna nazwy czworokątów (K)</w:t>
      </w:r>
    </w:p>
    <w:p xmlns:wp14="http://schemas.microsoft.com/office/word/2010/wordml" w:rsidP="0FEA3408" w14:paraId="50768156" wp14:textId="77777777">
      <w:pPr>
        <w:pStyle w:val="Heading2"/>
        <w:rPr>
          <w:color w:val="auto"/>
        </w:rPr>
      </w:pPr>
      <w:r w:rsidRPr="0FEA3408" w:rsidR="0FEA3408">
        <w:rPr>
          <w:color w:val="auto"/>
        </w:rPr>
        <w:t>DZIAŁ 5. UŁAMKI DZIESIĘTNE</w:t>
      </w:r>
    </w:p>
    <w:p xmlns:wp14="http://schemas.microsoft.com/office/word/2010/wordml" w:rsidP="0FEA3408" w14:paraId="65CDE0EB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zna dwie postaci ułamka dziesiętnego (K)</w:t>
      </w:r>
    </w:p>
    <w:p xmlns:wp14="http://schemas.microsoft.com/office/word/2010/wordml" w:rsidP="0FEA3408" w14:paraId="3DB09DB8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zapisywać i odczytywać ułamki dziesiętne (K – P)</w:t>
      </w:r>
    </w:p>
    <w:p xmlns:wp14="http://schemas.microsoft.com/office/word/2010/wordml" w:rsidP="0FEA3408" w14:paraId="5FB057AA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zamieniać ułamki dziesiętne na zwykłe (K – P)</w:t>
      </w:r>
    </w:p>
    <w:p xmlns:wp14="http://schemas.microsoft.com/office/word/2010/wordml" w:rsidP="0FEA3408" w14:paraId="7E8DBAE5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zna nazwy rzędów po przecinku (K – P)</w:t>
      </w:r>
    </w:p>
    <w:p xmlns:wp14="http://schemas.microsoft.com/office/word/2010/wordml" w:rsidP="0FEA3408" w14:paraId="6F77B90C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zna algorytm porównywania ułamków dziesiętnych (K – P)</w:t>
      </w:r>
    </w:p>
    <w:p xmlns:wp14="http://schemas.microsoft.com/office/word/2010/wordml" w:rsidP="0FEA3408" w14:paraId="7D9C2A9A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porównywać dwa ułamki o takiej samej liczbie cyfr po przecinku (K)</w:t>
      </w:r>
    </w:p>
    <w:p xmlns:wp14="http://schemas.microsoft.com/office/word/2010/wordml" w:rsidP="0FEA3408" w14:paraId="3B1834B4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zna zależności pomiędzy jednostkami masy i jednostkami długości (K – P)</w:t>
      </w:r>
    </w:p>
    <w:p xmlns:wp14="http://schemas.microsoft.com/office/word/2010/wordml" w:rsidP="0FEA3408" w14:paraId="220A84C5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zna algorytm dodawania i odejmowania pisemnego ułamków dziesiętnych (K)</w:t>
      </w:r>
    </w:p>
    <w:p xmlns:wp14="http://schemas.microsoft.com/office/word/2010/wordml" w:rsidP="0FEA3408" w14:paraId="0FA1D49E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pamięciowo i pisemnie dodawać i odejmować ułamki dziesiętne o takiej samej liczbie cyfr po przecinku (K)</w:t>
      </w:r>
    </w:p>
    <w:p xmlns:wp14="http://schemas.microsoft.com/office/word/2010/wordml" w:rsidP="0FEA3408" w14:paraId="42B25009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zna algorytm mnożenia ułamków dziesiętnych przez 10, 100, 1000... (K)</w:t>
      </w:r>
    </w:p>
    <w:p xmlns:wp14="http://schemas.microsoft.com/office/word/2010/wordml" w:rsidP="0FEA3408" w14:paraId="53A0D5ED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mnożyć ułamki dziesiętne przez 10, 100, 1000... (K – P)</w:t>
      </w:r>
    </w:p>
    <w:p xmlns:wp14="http://schemas.microsoft.com/office/word/2010/wordml" w:rsidP="0FEA3408" w14:paraId="2FFD387C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zna algorytm dzielenia ułamków dziesiętnych przez 10, 100, 1000... (K)</w:t>
      </w:r>
    </w:p>
    <w:p xmlns:wp14="http://schemas.microsoft.com/office/word/2010/wordml" w:rsidP="0FEA3408" w14:paraId="4A64FD80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rozumie dzielenie jako działanie odwrotne do mnożenia (K)</w:t>
      </w:r>
    </w:p>
    <w:p xmlns:wp14="http://schemas.microsoft.com/office/word/2010/wordml" w:rsidP="0FEA3408" w14:paraId="48E49891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mnożyć i dzielić ułamki dziesiętne przez 10, 100, 1000… (K – P)</w:t>
      </w:r>
    </w:p>
    <w:p xmlns:wp14="http://schemas.microsoft.com/office/word/2010/wordml" w:rsidP="0FEA3408" w14:paraId="0CC4CDDC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zna algorytm mnożenia ułamków dziesiętnych przez liczby naturalne (K)</w:t>
      </w:r>
    </w:p>
    <w:p xmlns:wp14="http://schemas.microsoft.com/office/word/2010/wordml" w:rsidP="0FEA3408" w14:paraId="1DE1AD9D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pamięciowo i pisemnie mnożyć ułamki dziesiętne przez liczby naturalne (K – R)</w:t>
      </w:r>
    </w:p>
    <w:p xmlns:wp14="http://schemas.microsoft.com/office/word/2010/wordml" w:rsidP="0FEA3408" w14:paraId="4767BE8A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zna algorytm mnożenia ułamków dziesiętnych (K)</w:t>
      </w:r>
    </w:p>
    <w:p xmlns:wp14="http://schemas.microsoft.com/office/word/2010/wordml" w:rsidP="0FEA3408" w14:paraId="73F84301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pamięciowo i pisemnie mnożyć:</w:t>
      </w:r>
    </w:p>
    <w:p xmlns:wp14="http://schemas.microsoft.com/office/word/2010/wordml" w:rsidP="0FEA3408" w14:paraId="0081C274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- dwa ułamki dziesiętne o dwóch lub jednej cyfrze różnej od zera (K)</w:t>
      </w:r>
    </w:p>
    <w:p xmlns:wp14="http://schemas.microsoft.com/office/word/2010/wordml" w:rsidP="0FEA3408" w14:paraId="729A09CE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zna algorytm dzielenia ułamków dziesiętnych przez liczby naturalne (K)</w:t>
      </w:r>
    </w:p>
    <w:p xmlns:wp14="http://schemas.microsoft.com/office/word/2010/wordml" w:rsidP="0FEA3408" w14:paraId="4EDBD0EF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pamięciowo i pisemnie dzielić ułamki dziesiętne przez liczby naturalne jednocyfrowe (K)</w:t>
      </w:r>
    </w:p>
    <w:p xmlns:wp14="http://schemas.microsoft.com/office/word/2010/wordml" w:rsidP="0FEA3408" w14:paraId="2CA98708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zna zasadę zamiany ułamków dziesiętnych na ułamki zwykłe (K)</w:t>
      </w:r>
    </w:p>
    <w:p xmlns:wp14="http://schemas.microsoft.com/office/word/2010/wordml" w:rsidP="0FEA3408" w14:paraId="290584B1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zamieniać ułamki dziesiętne ułamki zwykłe (K)</w:t>
      </w:r>
    </w:p>
    <w:p xmlns:wp14="http://schemas.microsoft.com/office/word/2010/wordml" w:rsidP="0FEA3408" w14:paraId="16D2C678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zamieniać ułamki ½, ¼ na ułamki dziesiętne i odwrotnie (K)</w:t>
      </w:r>
    </w:p>
    <w:p xmlns:wp14="http://schemas.microsoft.com/office/word/2010/wordml" w:rsidP="0FEA3408" w14:paraId="552F6C7B" wp14:textId="77777777">
      <w:pPr>
        <w:pStyle w:val="Heading2"/>
        <w:rPr>
          <w:color w:val="auto"/>
        </w:rPr>
      </w:pPr>
      <w:r w:rsidRPr="0FEA3408" w:rsidR="0FEA3408">
        <w:rPr>
          <w:color w:val="auto"/>
        </w:rPr>
        <w:t>DZIAŁ 6. POLA FIGUR</w:t>
      </w:r>
    </w:p>
    <w:p xmlns:wp14="http://schemas.microsoft.com/office/word/2010/wordml" w:rsidP="0FEA3408" w14:paraId="54DD1383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zna jednostki miary pola (K)</w:t>
      </w:r>
    </w:p>
    <w:p xmlns:wp14="http://schemas.microsoft.com/office/word/2010/wordml" w:rsidP="0FEA3408" w14:paraId="2E72C205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zna wzór na obliczanie pola prostokąta i kwadratu (K)</w:t>
      </w:r>
    </w:p>
    <w:p xmlns:wp14="http://schemas.microsoft.com/office/word/2010/wordml" w:rsidP="0FEA3408" w14:paraId="3839F21C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rozumie pojęcie miary pola jako liczby kwadratów jednostkowych (K)</w:t>
      </w:r>
    </w:p>
    <w:p xmlns:wp14="http://schemas.microsoft.com/office/word/2010/wordml" w:rsidP="0FEA3408" w14:paraId="400A4662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obliczać pola prostokątów i kwadratów o długościach boków wyrażonych w tych samych jednostkach (K)</w:t>
      </w:r>
    </w:p>
    <w:p xmlns:wp14="http://schemas.microsoft.com/office/word/2010/wordml" w:rsidP="0FEA3408" w14:paraId="7ECA5CDD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zna wzory na obliczanie pól poznanych wielokątów (K-R)</w:t>
      </w:r>
    </w:p>
    <w:p xmlns:wp14="http://schemas.microsoft.com/office/word/2010/wordml" w:rsidP="0FEA3408" w14:paraId="7A8CACD6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obliczać pola poznanych wielokątów (K – R)</w:t>
      </w:r>
    </w:p>
    <w:p xmlns:wp14="http://schemas.microsoft.com/office/word/2010/wordml" w:rsidP="0FEA3408" w14:paraId="1E5B4829" wp14:textId="77777777">
      <w:pPr>
        <w:pStyle w:val="Heading2"/>
        <w:rPr>
          <w:color w:val="auto"/>
        </w:rPr>
      </w:pPr>
      <w:r w:rsidRPr="0FEA3408" w:rsidR="0FEA3408">
        <w:rPr>
          <w:color w:val="auto"/>
        </w:rPr>
        <w:t>DZIAŁ 7. LICZBY CAŁKOWITE</w:t>
      </w:r>
    </w:p>
    <w:p xmlns:wp14="http://schemas.microsoft.com/office/word/2010/wordml" w:rsidP="0FEA3408" w14:paraId="3CF545DB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zna pojęcia: liczby ujemnej i liczby dodatniej (K)</w:t>
      </w:r>
    </w:p>
    <w:p xmlns:wp14="http://schemas.microsoft.com/office/word/2010/wordml" w:rsidP="0FEA3408" w14:paraId="654A66A9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zna pojęcie liczb przeciwnych (K)</w:t>
      </w:r>
    </w:p>
    <w:p xmlns:wp14="http://schemas.microsoft.com/office/word/2010/wordml" w:rsidP="0FEA3408" w14:paraId="42354D18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rozumie rozszerzenie osi liczbowej na liczby ujemne (K)</w:t>
      </w:r>
    </w:p>
    <w:p xmlns:wp14="http://schemas.microsoft.com/office/word/2010/wordml" w:rsidP="0FEA3408" w14:paraId="33FE3C85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porównywać liczby całkowite:</w:t>
      </w:r>
    </w:p>
    <w:p xmlns:wp14="http://schemas.microsoft.com/office/word/2010/wordml" w:rsidP="0FEA3408" w14:paraId="234B3106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– dodatnie (K)</w:t>
      </w:r>
    </w:p>
    <w:p xmlns:wp14="http://schemas.microsoft.com/office/word/2010/wordml" w:rsidP="0FEA3408" w14:paraId="0D80FAD7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– dodatnie z ujemnymi (K)</w:t>
      </w:r>
    </w:p>
    <w:p xmlns:wp14="http://schemas.microsoft.com/office/word/2010/wordml" w:rsidP="0FEA3408" w14:paraId="42758F72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podawać liczby przeciwne do danych (K)</w:t>
      </w:r>
    </w:p>
    <w:p xmlns:wp14="http://schemas.microsoft.com/office/word/2010/wordml" w:rsidP="0FEA3408" w14:paraId="6BCE1432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zaznaczać liczby całkowite na osi liczbowej (K – R)</w:t>
      </w:r>
    </w:p>
    <w:p xmlns:wp14="http://schemas.microsoft.com/office/word/2010/wordml" w:rsidP="0FEA3408" w14:paraId="239D88C5" wp14:textId="77777777">
      <w:pPr>
        <w:pStyle w:val="Heading2"/>
        <w:rPr>
          <w:color w:val="auto"/>
        </w:rPr>
      </w:pPr>
      <w:r w:rsidRPr="0FEA3408" w:rsidR="0FEA3408">
        <w:rPr>
          <w:color w:val="auto"/>
        </w:rPr>
        <w:t>DZIAŁ 8. OBJĘTOŚĆ FIGURY</w:t>
      </w:r>
    </w:p>
    <w:p xmlns:wp14="http://schemas.microsoft.com/office/word/2010/wordml" w:rsidP="0FEA3408" w14:paraId="0B06D8DF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zna pojęcie objętości figury (K)</w:t>
      </w:r>
    </w:p>
    <w:p xmlns:wp14="http://schemas.microsoft.com/office/word/2010/wordml" w:rsidP="0FEA3408" w14:paraId="7F7AE89A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zna jednostki objętości (K)</w:t>
      </w:r>
    </w:p>
    <w:p xmlns:wp14="http://schemas.microsoft.com/office/word/2010/wordml" w:rsidP="0FEA3408" w14:paraId="2F12805D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obliczać objętości brył, znając liczbę mieszczących się w nich sześcianów jednostkowych (K – P)</w:t>
      </w:r>
    </w:p>
    <w:p xmlns:wp14="http://schemas.microsoft.com/office/word/2010/wordml" w:rsidP="0FEA3408" w14:paraId="4C76C262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zna wzór na obliczanie objętości prostopadłościanu i sześcianu (K)</w:t>
      </w:r>
    </w:p>
    <w:p xmlns:wp14="http://schemas.microsoft.com/office/word/2010/wordml" w:rsidP="0FEA3408" w14:paraId="51BC64C9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obliczać objętości sześcianów (K)</w:t>
      </w:r>
    </w:p>
    <w:p xmlns:wp14="http://schemas.microsoft.com/office/word/2010/wordml" w:rsidP="0FEA3408" w14:paraId="15083074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obliczać objętości prostopadłościanów (K – P)</w:t>
      </w:r>
    </w:p>
    <w:p xmlns:wp14="http://schemas.microsoft.com/office/word/2010/wordml" w:rsidP="0FEA3408" w14:paraId="0A37501D" wp14:textId="77777777">
      <w:pPr>
        <w:rPr>
          <w:color w:val="auto"/>
        </w:rPr>
      </w:pPr>
      <w:r w:rsidRPr="0FEA3408">
        <w:rPr>
          <w:color w:val="auto"/>
        </w:rPr>
        <w:br w:type="page"/>
      </w:r>
    </w:p>
    <w:p xmlns:wp14="http://schemas.microsoft.com/office/word/2010/wordml" w:rsidP="0FEA3408" w14:paraId="4188EC70" wp14:textId="77777777">
      <w:pPr>
        <w:pStyle w:val="Heading1"/>
        <w:rPr>
          <w:color w:val="auto"/>
        </w:rPr>
      </w:pPr>
      <w:r w:rsidRPr="0FEA3408" w:rsidR="0FEA3408">
        <w:rPr>
          <w:color w:val="auto"/>
        </w:rPr>
        <w:t>WYMAGANIA NA OCENĘ DOSTATECZNĄ (3)</w:t>
      </w:r>
    </w:p>
    <w:p xmlns:wp14="http://schemas.microsoft.com/office/word/2010/wordml" w:rsidP="0FEA3408" w14:paraId="66B61682" wp14:textId="77777777">
      <w:pPr>
        <w:jc w:val="center"/>
        <w:rPr>
          <w:i w:val="1"/>
          <w:iCs w:val="1"/>
          <w:color w:val="auto"/>
        </w:rPr>
      </w:pPr>
      <w:r w:rsidRPr="0FEA3408" w:rsidR="0FEA3408">
        <w:rPr>
          <w:i w:val="1"/>
          <w:iCs w:val="1"/>
          <w:color w:val="auto"/>
        </w:rPr>
        <w:t>poziom podstawowy</w:t>
      </w:r>
    </w:p>
    <w:p xmlns:wp14="http://schemas.microsoft.com/office/word/2010/wordml" w:rsidP="0FEA3408" w14:paraId="78B53B9B" wp14:textId="77777777">
      <w:pPr>
        <w:rPr>
          <w:b w:val="1"/>
          <w:bCs w:val="1"/>
          <w:color w:val="auto"/>
        </w:rPr>
      </w:pPr>
      <w:r w:rsidRPr="0FEA3408" w:rsidR="0FEA3408">
        <w:rPr>
          <w:b w:val="1"/>
          <w:bCs w:val="1"/>
          <w:color w:val="auto"/>
        </w:rPr>
        <w:t>Obowiązują wszystkie wymagania określone na ocenę dopuszczającą oraz wymagania dodatkowe wymienione poniżej.</w:t>
      </w:r>
    </w:p>
    <w:p xmlns:wp14="http://schemas.microsoft.com/office/word/2010/wordml" w:rsidP="0FEA3408" w14:paraId="55030B07" wp14:textId="77777777">
      <w:pPr>
        <w:pStyle w:val="Heading2"/>
        <w:rPr>
          <w:color w:val="auto"/>
        </w:rPr>
      </w:pPr>
      <w:r w:rsidRPr="0FEA3408" w:rsidR="0FEA3408">
        <w:rPr>
          <w:color w:val="auto"/>
        </w:rPr>
        <w:t>DZIAŁ 1. LICZBY I DZIAŁANIA</w:t>
      </w:r>
    </w:p>
    <w:p xmlns:wp14="http://schemas.microsoft.com/office/word/2010/wordml" w:rsidP="0FEA3408" w14:paraId="71949891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rozumie porównywanie różnicowe (P)</w:t>
      </w:r>
    </w:p>
    <w:p xmlns:wp14="http://schemas.microsoft.com/office/word/2010/wordml" w:rsidP="0FEA3408" w14:paraId="318E243F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rozumie korzyści płynące z szybkiego liczenia (P)</w:t>
      </w:r>
    </w:p>
    <w:p xmlns:wp14="http://schemas.microsoft.com/office/word/2010/wordml" w:rsidP="0FEA3408" w14:paraId="5A4D31D0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rozumie korzyści płynące z zastąpienia rachunków pisemnych rachunkami pamięciowymi (P)</w:t>
      </w:r>
    </w:p>
    <w:p xmlns:wp14="http://schemas.microsoft.com/office/word/2010/wordml" w:rsidP="0FEA3408" w14:paraId="4FBBB025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pamięciowo dodawać i odejmować liczby powyżej 100 (P)</w:t>
      </w:r>
    </w:p>
    <w:p xmlns:wp14="http://schemas.microsoft.com/office/word/2010/wordml" w:rsidP="0FEA3408" w14:paraId="0FE7C24A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dopełniać składniki do określonej sumy (P)</w:t>
      </w:r>
    </w:p>
    <w:p xmlns:wp14="http://schemas.microsoft.com/office/word/2010/wordml" w:rsidP="0FEA3408" w14:paraId="03D7A705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obliczać odjemną (odjemnik), gdy dane są różnica i odjemnik (odjemna) (P)</w:t>
      </w:r>
    </w:p>
    <w:p xmlns:wp14="http://schemas.microsoft.com/office/word/2010/wordml" w:rsidP="0FEA3408" w14:paraId="573D6145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rozwiązywać zadania tekstowe jednodziałaniowe (P)</w:t>
      </w:r>
    </w:p>
    <w:p xmlns:wp14="http://schemas.microsoft.com/office/word/2010/wordml" w:rsidP="0FEA3408" w14:paraId="6104E708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zastępować sumę dwóch liczb sumą lub różnica dwóch innych liczb (P – D)</w:t>
      </w:r>
    </w:p>
    <w:p xmlns:wp14="http://schemas.microsoft.com/office/word/2010/wordml" w:rsidP="0FEA3408" w14:paraId="34676050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zna pojęcie kwadratu i sześcianu liczby (P)</w:t>
      </w:r>
    </w:p>
    <w:p xmlns:wp14="http://schemas.microsoft.com/office/word/2010/wordml" w:rsidP="0FEA3408" w14:paraId="7CF66FB5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rozumie porównywanie ilorazowe (P)</w:t>
      </w:r>
    </w:p>
    <w:p xmlns:wp14="http://schemas.microsoft.com/office/word/2010/wordml" w:rsidP="0FEA3408" w14:paraId="6ED003F3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pamięciowo mnożyć liczby powyżej 100 (P)</w:t>
      </w:r>
    </w:p>
    <w:p xmlns:wp14="http://schemas.microsoft.com/office/word/2010/wordml" w:rsidP="0FEA3408" w14:paraId="467DE7CC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pamięciowo dzielić liczby dwucyfrowe przez jednocyfrowe lub dwucyfrowe powyżej 100 (P)</w:t>
      </w:r>
    </w:p>
    <w:p xmlns:wp14="http://schemas.microsoft.com/office/word/2010/wordml" w:rsidP="0FEA3408" w14:paraId="577C7F4E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obliczać dzielną (dzielnik), gdy dane są iloraz i dzielnik (dzielna) (P)</w:t>
      </w:r>
    </w:p>
    <w:p xmlns:wp14="http://schemas.microsoft.com/office/word/2010/wordml" w:rsidP="0FEA3408" w14:paraId="346FFE54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obliczać kwadraty i sześciany liczb (P)</w:t>
      </w:r>
    </w:p>
    <w:p xmlns:wp14="http://schemas.microsoft.com/office/word/2010/wordml" w:rsidP="0FEA3408" w14:paraId="53E5DDF5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pamięciowo mnożyć liczby trzycyfrowe przez jednocyfrowe w zakresie 1000 (P – R)</w:t>
      </w:r>
    </w:p>
    <w:p xmlns:wp14="http://schemas.microsoft.com/office/word/2010/wordml" w:rsidP="0FEA3408" w14:paraId="527F119D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zamieniać jednostki (P – R)</w:t>
      </w:r>
    </w:p>
    <w:p xmlns:wp14="http://schemas.microsoft.com/office/word/2010/wordml" w:rsidP="0FEA3408" w14:paraId="1DD11D0E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zastąpić iloczyn prostszym iloczynem (P – R)</w:t>
      </w:r>
    </w:p>
    <w:p xmlns:wp14="http://schemas.microsoft.com/office/word/2010/wordml" w:rsidP="0FEA3408" w14:paraId="640AB428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wstawiać nawiasy tak, by otrzymywać różne wyniki (P – R)</w:t>
      </w:r>
    </w:p>
    <w:p xmlns:wp14="http://schemas.microsoft.com/office/word/2010/wordml" w:rsidP="0FEA3408" w14:paraId="735BCB63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rozumie korzyści płynące z szacowania (P)</w:t>
      </w:r>
    </w:p>
    <w:p xmlns:wp14="http://schemas.microsoft.com/office/word/2010/wordml" w:rsidP="0FEA3408" w14:paraId="1A8812F3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szacować wyniki działań (P – R)</w:t>
      </w:r>
    </w:p>
    <w:p xmlns:wp14="http://schemas.microsoft.com/office/word/2010/wordml" w:rsidP="0FEA3408" w14:paraId="1448C081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dodawać i odejmować pisemnie liczby z przekraczaniem kolejnych progów dziesiątkowych (P)</w:t>
      </w:r>
    </w:p>
    <w:p xmlns:wp14="http://schemas.microsoft.com/office/word/2010/wordml" w:rsidP="0FEA3408" w14:paraId="1D76CF52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rozwiązywać zadania tekstowe z zastosowaniem dodawania i odejmowania pisemnego (P – R)</w:t>
      </w:r>
    </w:p>
    <w:p xmlns:wp14="http://schemas.microsoft.com/office/word/2010/wordml" w:rsidP="0FEA3408" w14:paraId="4E4AB5F2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mnożyć pisemnie liczby wielocyfrowe (P)</w:t>
      </w:r>
    </w:p>
    <w:p xmlns:wp14="http://schemas.microsoft.com/office/word/2010/wordml" w:rsidP="0FEA3408" w14:paraId="16A264ED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mnożyć pisemnie liczby wielocyfrowe przez liczby zakończone zerami (P)</w:t>
      </w:r>
    </w:p>
    <w:p xmlns:wp14="http://schemas.microsoft.com/office/word/2010/wordml" w:rsidP="0FEA3408" w14:paraId="5AD0412A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rozwiązywać zadania tekstowe z zastosowaniem mnożenia pisemnego (P – R)</w:t>
      </w:r>
    </w:p>
    <w:p xmlns:wp14="http://schemas.microsoft.com/office/word/2010/wordml" w:rsidP="0FEA3408" w14:paraId="11DDDC2B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dzielić pisemnie liczby wielocyfrowe przez dwucyfrowe (P)</w:t>
      </w:r>
    </w:p>
    <w:p xmlns:wp14="http://schemas.microsoft.com/office/word/2010/wordml" w:rsidP="0FEA3408" w14:paraId="6825F7A7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dzielić liczby zakończone zerami (P)</w:t>
      </w:r>
    </w:p>
    <w:p xmlns:wp14="http://schemas.microsoft.com/office/word/2010/wordml" w:rsidP="0FEA3408" w14:paraId="0BCA57C0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rozwiązywać zadania tekstowe z zastosowaniem dzielenia pisemnego (P – R)</w:t>
      </w:r>
    </w:p>
    <w:p xmlns:wp14="http://schemas.microsoft.com/office/word/2010/wordml" w:rsidP="0FEA3408" w14:paraId="1FF0BA55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rozwiązywać zadania tekstowe dotyczące porównań różnicowych i ilorazowych (P – R)</w:t>
      </w:r>
    </w:p>
    <w:p xmlns:wp14="http://schemas.microsoft.com/office/word/2010/wordml" w:rsidP="0FEA3408" w14:paraId="3342AFBE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rozwiązywać zadania tekstowe z zastosowaniem działań pamięciowych i pisemnych (P – R)</w:t>
      </w:r>
    </w:p>
    <w:p xmlns:wp14="http://schemas.microsoft.com/office/word/2010/wordml" w:rsidP="0FEA3408" w14:paraId="24347396" wp14:textId="77777777">
      <w:pPr>
        <w:pStyle w:val="Heading2"/>
        <w:rPr>
          <w:color w:val="auto"/>
        </w:rPr>
      </w:pPr>
      <w:r w:rsidRPr="0FEA3408" w:rsidR="0FEA3408">
        <w:rPr>
          <w:color w:val="auto"/>
        </w:rPr>
        <w:t>DZIAŁ 2. WŁASNOŚCI LICZB NATURALNYCH</w:t>
      </w:r>
    </w:p>
    <w:p xmlns:wp14="http://schemas.microsoft.com/office/word/2010/wordml" w:rsidP="0FEA3408" w14:paraId="2D1A0BBD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rozumie pojęcie NWW liczb naturalnych (P)</w:t>
      </w:r>
    </w:p>
    <w:p xmlns:wp14="http://schemas.microsoft.com/office/word/2010/wordml" w:rsidP="0FEA3408" w14:paraId="5C963451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zna algorytm znajdowania NWW dwóch liczb na podstawie ich rozkładu na czynniki pierwsze (P – R)</w:t>
      </w:r>
    </w:p>
    <w:p xmlns:wp14="http://schemas.microsoft.com/office/word/2010/wordml" w:rsidP="0FEA3408" w14:paraId="0ECC5611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wskazywać wspólne wielokrotności liczb naturalnych (P – R)</w:t>
      </w:r>
    </w:p>
    <w:p xmlns:wp14="http://schemas.microsoft.com/office/word/2010/wordml" w:rsidP="0FEA3408" w14:paraId="4C6D27A0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znajdować NWW dwóch liczb naturalnych (P – R)</w:t>
      </w:r>
    </w:p>
    <w:p xmlns:wp14="http://schemas.microsoft.com/office/word/2010/wordml" w:rsidP="0FEA3408" w14:paraId="4F4665BE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rozumie pojęcie NWD liczb naturalnych (P)</w:t>
      </w:r>
    </w:p>
    <w:p xmlns:wp14="http://schemas.microsoft.com/office/word/2010/wordml" w:rsidP="0FEA3408" w14:paraId="6F30166A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znajdować NWD dwóch liczb naturalnych (P – R)</w:t>
      </w:r>
    </w:p>
    <w:p xmlns:wp14="http://schemas.microsoft.com/office/word/2010/wordml" w:rsidP="0FEA3408" w14:paraId="260AA0CC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zna cechy podzielności przez: 3, 9, 4 (P)</w:t>
      </w:r>
    </w:p>
    <w:p xmlns:wp14="http://schemas.microsoft.com/office/word/2010/wordml" w:rsidP="0FEA3408" w14:paraId="693E8ACB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rozumie korzyści płynące ze znajomości cech podzielności (P)</w:t>
      </w:r>
    </w:p>
    <w:p xmlns:wp14="http://schemas.microsoft.com/office/word/2010/wordml" w:rsidP="0FEA3408" w14:paraId="21107E9C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rozpoznawać liczby podzielne przez: 3, 9, 4 (P)</w:t>
      </w:r>
    </w:p>
    <w:p xmlns:wp14="http://schemas.microsoft.com/office/word/2010/wordml" w:rsidP="0FEA3408" w14:paraId="126C4A50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rozwiązywać zadania tekstowe związane z cechami podzielności (P – R)</w:t>
      </w:r>
    </w:p>
    <w:p xmlns:wp14="http://schemas.microsoft.com/office/word/2010/wordml" w:rsidP="0FEA3408" w14:paraId="30AA505E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rozumie, że liczby 0 i 1 nie zaliczają się ani do liczb pierwszych, ani do złożonych (P)</w:t>
      </w:r>
    </w:p>
    <w:p xmlns:wp14="http://schemas.microsoft.com/office/word/2010/wordml" w:rsidP="0FEA3408" w14:paraId="48D8EAF1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określać, czy dane liczby są pierwsze, czy złożone (P)</w:t>
      </w:r>
    </w:p>
    <w:p xmlns:wp14="http://schemas.microsoft.com/office/word/2010/wordml" w:rsidP="0FEA3408" w14:paraId="4CAF9D4B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wskazywać liczby pierwsze i liczby złożone (P)</w:t>
      </w:r>
    </w:p>
    <w:p xmlns:wp14="http://schemas.microsoft.com/office/word/2010/wordml" w:rsidP="0FEA3408" w14:paraId="2EBD7EBA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podawać NWD liczby pierwszej i liczby złożonej (P – D)</w:t>
      </w:r>
    </w:p>
    <w:p xmlns:wp14="http://schemas.microsoft.com/office/word/2010/wordml" w:rsidP="0FEA3408" w14:paraId="53F025D6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rozwiązywać zadania tekstowe związane z liczbami pierwszymi złożonymi (P – R)</w:t>
      </w:r>
    </w:p>
    <w:p xmlns:wp14="http://schemas.microsoft.com/office/word/2010/wordml" w:rsidP="0FEA3408" w14:paraId="19DDE14B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rozkładać na czynniki pierwsze liczby wielocyfrowe (P – R)</w:t>
      </w:r>
    </w:p>
    <w:p xmlns:wp14="http://schemas.microsoft.com/office/word/2010/wordml" w:rsidP="0FEA3408" w14:paraId="348A2B67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zapisać liczbę, gdy znany jest jej rozkład na czynniki pierwsze (P – R)</w:t>
      </w:r>
    </w:p>
    <w:p xmlns:wp14="http://schemas.microsoft.com/office/word/2010/wordml" w:rsidP="0FEA3408" w14:paraId="12CBD328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zna algorytm znajdowania NWD dwóch liczb na podstawie ich rozkładu na czynniki pierwsze (P – D)</w:t>
      </w:r>
    </w:p>
    <w:p xmlns:wp14="http://schemas.microsoft.com/office/word/2010/wordml" w:rsidP="0FEA3408" w14:paraId="7A59123A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rozumie algorytm znajdowania NWD dwóch liczb na podstawie ich rozkładu na czynniki pierwsze (P – D)</w:t>
      </w:r>
    </w:p>
    <w:p xmlns:wp14="http://schemas.microsoft.com/office/word/2010/wordml" w:rsidP="0FEA3408" w14:paraId="291AD4ED" wp14:textId="77777777">
      <w:pPr>
        <w:pStyle w:val="Heading2"/>
        <w:rPr>
          <w:color w:val="auto"/>
        </w:rPr>
      </w:pPr>
      <w:r w:rsidRPr="0FEA3408" w:rsidR="0FEA3408">
        <w:rPr>
          <w:color w:val="auto"/>
        </w:rPr>
        <w:t>DZIAŁ 3. UŁAMKI ZWYKŁE</w:t>
      </w:r>
    </w:p>
    <w:p xmlns:wp14="http://schemas.microsoft.com/office/word/2010/wordml" w:rsidP="0FEA3408" w14:paraId="236A466F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zna pojęcie ułamka właściwego i ułamka niewłaściwego (P)</w:t>
      </w:r>
    </w:p>
    <w:p xmlns:wp14="http://schemas.microsoft.com/office/word/2010/wordml" w:rsidP="0FEA3408" w14:paraId="41100912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zna algorytm zamiany liczby mieszanej na ułamek niewłaściwy (P)</w:t>
      </w:r>
    </w:p>
    <w:p xmlns:wp14="http://schemas.microsoft.com/office/word/2010/wordml" w:rsidP="0FEA3408" w14:paraId="0C903B86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odróżniać ułamki właściwe od ułamków niewłaściwych (P)</w:t>
      </w:r>
    </w:p>
    <w:p xmlns:wp14="http://schemas.microsoft.com/office/word/2010/wordml" w:rsidP="0FEA3408" w14:paraId="537D4DF7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zamieniać liczby mieszane na ułamki niewłaściwe (P – R)</w:t>
      </w:r>
    </w:p>
    <w:p xmlns:wp14="http://schemas.microsoft.com/office/word/2010/wordml" w:rsidP="0FEA3408" w14:paraId="55F130E1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wyłączać całości z ułamka niewłaściwego (P – R)</w:t>
      </w:r>
    </w:p>
    <w:p xmlns:wp14="http://schemas.microsoft.com/office/word/2010/wordml" w:rsidP="0FEA3408" w14:paraId="1E06520F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zna pojęcie ułamka nieskracalnego (P)</w:t>
      </w:r>
    </w:p>
    <w:p xmlns:wp14="http://schemas.microsoft.com/office/word/2010/wordml" w:rsidP="0FEA3408" w14:paraId="026FB0D8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sprowadzać ułamki do wspólnego mianownika (P)</w:t>
      </w:r>
    </w:p>
    <w:p xmlns:wp14="http://schemas.microsoft.com/office/word/2010/wordml" w:rsidP="0FEA3408" w14:paraId="4D75594F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zapisywać ułamki w postaci nieskracalnej (P – R)</w:t>
      </w:r>
    </w:p>
    <w:p xmlns:wp14="http://schemas.microsoft.com/office/word/2010/wordml" w:rsidP="0FEA3408" w14:paraId="086821B6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zna algorytm porównywania ułamków o równych licznikach (P)</w:t>
      </w:r>
    </w:p>
    <w:p xmlns:wp14="http://schemas.microsoft.com/office/word/2010/wordml" w:rsidP="0FEA3408" w14:paraId="4EEBCECE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zna algorytm porównywania ułamków o różnych mianownikach (P)</w:t>
      </w:r>
    </w:p>
    <w:p xmlns:wp14="http://schemas.microsoft.com/office/word/2010/wordml" w:rsidP="0FEA3408" w14:paraId="1E3C37B4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porównywać ułamki o równych licznikach (P)</w:t>
      </w:r>
    </w:p>
    <w:p xmlns:wp14="http://schemas.microsoft.com/office/word/2010/wordml" w:rsidP="0FEA3408" w14:paraId="3F408C77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porównywać ułamki o różnych mianownikach (P – R)</w:t>
      </w:r>
    </w:p>
    <w:p xmlns:wp14="http://schemas.microsoft.com/office/word/2010/wordml" w:rsidP="0FEA3408" w14:paraId="4D655006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porównywać liczby mieszane (P – R)</w:t>
      </w:r>
    </w:p>
    <w:p xmlns:wp14="http://schemas.microsoft.com/office/word/2010/wordml" w:rsidP="0FEA3408" w14:paraId="47407919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dodawać i odejmować liczby mieszane o tych samych mianownikach (K – P)</w:t>
      </w:r>
    </w:p>
    <w:p xmlns:wp14="http://schemas.microsoft.com/office/word/2010/wordml" w:rsidP="0FEA3408" w14:paraId="5E736379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uzupełniać brakujące liczby w dodawaniu i odejmowaniu ułamków o jednakowych mianownikach, tak aby otrzymać ustalony wynik (P – R)</w:t>
      </w:r>
    </w:p>
    <w:p xmlns:wp14="http://schemas.microsoft.com/office/word/2010/wordml" w:rsidP="0FEA3408" w14:paraId="66DE8038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– dwa ułamki zwykłe o różnych mianownikach (P)</w:t>
      </w:r>
    </w:p>
    <w:p xmlns:wp14="http://schemas.microsoft.com/office/word/2010/wordml" w:rsidP="0FEA3408" w14:paraId="138D0F21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– dwie liczby mieszane o różnych mianownikach (P – R)</w:t>
      </w:r>
    </w:p>
    <w:p xmlns:wp14="http://schemas.microsoft.com/office/word/2010/wordml" w:rsidP="0FEA3408" w14:paraId="37AF2816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rozwiązywać zadania tekstowe z zastosowaniem dodawania i odejmowania ułamków (P – R)</w:t>
      </w:r>
    </w:p>
    <w:p xmlns:wp14="http://schemas.microsoft.com/office/word/2010/wordml" w:rsidP="0FEA3408" w14:paraId="027DCD47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zna algorytm mnożenia liczb mieszanych przez liczby naturalne (P)</w:t>
      </w:r>
    </w:p>
    <w:p xmlns:wp14="http://schemas.microsoft.com/office/word/2010/wordml" w:rsidP="0FEA3408" w14:paraId="118E453D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rozumie porównywanie ilorazowe (P)</w:t>
      </w:r>
    </w:p>
    <w:p xmlns:wp14="http://schemas.microsoft.com/office/word/2010/wordml" w:rsidP="0FEA3408" w14:paraId="57DF244B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mnożyć liczby mieszane przez liczby naturalne (P)</w:t>
      </w:r>
    </w:p>
    <w:p xmlns:wp14="http://schemas.microsoft.com/office/word/2010/wordml" w:rsidP="0FEA3408" w14:paraId="7FA77430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powiększać ułamki n razy (P)</w:t>
      </w:r>
    </w:p>
    <w:p xmlns:wp14="http://schemas.microsoft.com/office/word/2010/wordml" w:rsidP="0FEA3408" w14:paraId="0C0851DA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skracać ułamki przy mnożeniu ułamków przez liczby naturalne (P – R)</w:t>
      </w:r>
    </w:p>
    <w:p xmlns:wp14="http://schemas.microsoft.com/office/word/2010/wordml" w:rsidP="0FEA3408" w14:paraId="7398B8A4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rozwiązywać zadania tekstowe z zastosowaniem mnożenia ułamków i liczb mieszanych przez liczby naturalne (P – R)</w:t>
      </w:r>
    </w:p>
    <w:p xmlns:wp14="http://schemas.microsoft.com/office/word/2010/wordml" w:rsidP="0FEA3408" w14:paraId="0CDAE3BA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zna algorytm obliczania ułamka danej liczby naturalnej (P)</w:t>
      </w:r>
    </w:p>
    <w:p xmlns:wp14="http://schemas.microsoft.com/office/word/2010/wordml" w:rsidP="0FEA3408" w14:paraId="7793AA3E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zna algorytm obliczania liczby, której część jest podana ( wyznacza całość, której część określono za pomocą ułamka) (P)</w:t>
      </w:r>
    </w:p>
    <w:p xmlns:wp14="http://schemas.microsoft.com/office/word/2010/wordml" w:rsidP="0FEA3408" w14:paraId="0700F902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obliczać ułamki liczb naturalnych (P)</w:t>
      </w:r>
    </w:p>
    <w:p xmlns:wp14="http://schemas.microsoft.com/office/word/2010/wordml" w:rsidP="0FEA3408" w14:paraId="65E58056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obliczać liczbę, której część jest podana (wyznaczać całość, której część określono za pomocą ułamka) (P)</w:t>
      </w:r>
    </w:p>
    <w:p xmlns:wp14="http://schemas.microsoft.com/office/word/2010/wordml" w:rsidP="0FEA3408" w14:paraId="06FF0DDD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zna algorytm mnożenia liczb mieszanych (P)</w:t>
      </w:r>
    </w:p>
    <w:p xmlns:wp14="http://schemas.microsoft.com/office/word/2010/wordml" w:rsidP="0FEA3408" w14:paraId="07A4025E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mnożyć ułamki przez liczby mieszane lub liczby mieszane przez liczby mieszane (P)</w:t>
      </w:r>
    </w:p>
    <w:p xmlns:wp14="http://schemas.microsoft.com/office/word/2010/wordml" w:rsidP="0FEA3408" w14:paraId="0F76B4F6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podawać odwrotności liczb mieszanych (P)</w:t>
      </w:r>
    </w:p>
    <w:p xmlns:wp14="http://schemas.microsoft.com/office/word/2010/wordml" w:rsidP="0FEA3408" w14:paraId="4CE8DEC1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skracać przy mnożeniu ułamków (P – R)</w:t>
      </w:r>
    </w:p>
    <w:p xmlns:wp14="http://schemas.microsoft.com/office/word/2010/wordml" w:rsidP="0FEA3408" w14:paraId="07BE0401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obliczać potęgi ułamków lub liczb mieszanych (P – R)</w:t>
      </w:r>
    </w:p>
    <w:p xmlns:wp14="http://schemas.microsoft.com/office/word/2010/wordml" w:rsidP="0FEA3408" w14:paraId="4609B79D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wykonywać działania łączne na ułamkach zwykłych (P – D)</w:t>
      </w:r>
    </w:p>
    <w:p xmlns:wp14="http://schemas.microsoft.com/office/word/2010/wordml" w:rsidP="0FEA3408" w14:paraId="46ED292F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zna algorytm dzielenia liczb mieszanych przez liczby naturalne (P)</w:t>
      </w:r>
    </w:p>
    <w:p xmlns:wp14="http://schemas.microsoft.com/office/word/2010/wordml" w:rsidP="0FEA3408" w14:paraId="0B3B8F0B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dzielić liczby mieszane przez liczby naturalne (P)</w:t>
      </w:r>
    </w:p>
    <w:p xmlns:wp14="http://schemas.microsoft.com/office/word/2010/wordml" w:rsidP="0FEA3408" w14:paraId="6B51D91C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pomniejszać ułamki zwykłe i liczby mieszane n razy (P)</w:t>
      </w:r>
    </w:p>
    <w:p xmlns:wp14="http://schemas.microsoft.com/office/word/2010/wordml" w:rsidP="0FEA3408" w14:paraId="4E198B61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rozwiązywać zadania tekstowe z zastosowaniem dzielenia ułamków i liczb mieszanych przez liczby naturalne (P – R)</w:t>
      </w:r>
    </w:p>
    <w:p xmlns:wp14="http://schemas.microsoft.com/office/word/2010/wordml" w:rsidP="0FEA3408" w14:paraId="2E067988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zna algorytm dzielenia liczb mieszanych (P)</w:t>
      </w:r>
    </w:p>
    <w:p xmlns:wp14="http://schemas.microsoft.com/office/word/2010/wordml" w:rsidP="0FEA3408" w14:paraId="6341A7F4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dzielić ułamki zwykłe przez liczby mieszane i odwrotnie lub liczby mieszane przez liczby mieszane (P)</w:t>
      </w:r>
    </w:p>
    <w:p xmlns:wp14="http://schemas.microsoft.com/office/word/2010/wordml" w:rsidP="0FEA3408" w14:paraId="09B98075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wykonywać cztery działania na ułamkach zwykłych i liczbach mieszanych (P – R)</w:t>
      </w:r>
    </w:p>
    <w:p xmlns:wp14="http://schemas.microsoft.com/office/word/2010/wordml" w:rsidP="0FEA3408" w14:paraId="31DAF22C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rozwiązywać zadania tekstowe z zastosowaniem dzielenia ułamków zwykłych i liczb mieszanych (P – R)</w:t>
      </w:r>
    </w:p>
    <w:p xmlns:wp14="http://schemas.microsoft.com/office/word/2010/wordml" w:rsidP="0FEA3408" w14:paraId="3C4C1ED3" wp14:textId="77777777">
      <w:pPr>
        <w:pStyle w:val="Heading2"/>
        <w:rPr>
          <w:color w:val="auto"/>
        </w:rPr>
      </w:pPr>
      <w:r w:rsidRPr="0FEA3408" w:rsidR="0FEA3408">
        <w:rPr>
          <w:color w:val="auto"/>
        </w:rPr>
        <w:t>DZIAŁ 4. FIGURY NA PŁASZCZYŹNIE</w:t>
      </w:r>
    </w:p>
    <w:p xmlns:wp14="http://schemas.microsoft.com/office/word/2010/wordml" w:rsidP="0FEA3408" w14:paraId="4C384BAB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zna zapis symboliczny prostych prostopadłych i równoległych (P)</w:t>
      </w:r>
    </w:p>
    <w:p xmlns:wp14="http://schemas.microsoft.com/office/word/2010/wordml" w:rsidP="0FEA3408" w14:paraId="468ADF80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zna pojęcie odległości punktu od prostej (P)</w:t>
      </w:r>
    </w:p>
    <w:p xmlns:wp14="http://schemas.microsoft.com/office/word/2010/wordml" w:rsidP="0FEA3408" w14:paraId="2FF4BD44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zna pojęcie odległości między prostymi (P)</w:t>
      </w:r>
    </w:p>
    <w:p xmlns:wp14="http://schemas.microsoft.com/office/word/2010/wordml" w:rsidP="0FEA3408" w14:paraId="0A6CB7BA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kreślić proste i odcinki równoległe (P)</w:t>
      </w:r>
    </w:p>
    <w:p xmlns:wp14="http://schemas.microsoft.com/office/word/2010/wordml" w:rsidP="0FEA3408" w14:paraId="5D497F26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kreślić prostą równoległą przechodzącą przez punkt nieleżący na prostej (P)</w:t>
      </w:r>
    </w:p>
    <w:p xmlns:wp14="http://schemas.microsoft.com/office/word/2010/wordml" w:rsidP="0FEA3408" w14:paraId="085C89B7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kreślić proste w ustalonej odległości (P)</w:t>
      </w:r>
    </w:p>
    <w:p xmlns:wp14="http://schemas.microsoft.com/office/word/2010/wordml" w:rsidP="0FEA3408" w14:paraId="6812C46E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rozwiązywać zadania tekstowe związane z prostopadłością i równoległością prostych (P – R)</w:t>
      </w:r>
    </w:p>
    <w:p xmlns:wp14="http://schemas.microsoft.com/office/word/2010/wordml" w:rsidP="0FEA3408" w14:paraId="489B17F6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zna elementy budowy kąta (P)</w:t>
      </w:r>
    </w:p>
    <w:p xmlns:wp14="http://schemas.microsoft.com/office/word/2010/wordml" w:rsidP="0FEA3408" w14:paraId="2E0199DC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zna zapis symboliczny kąta (P)</w:t>
      </w:r>
    </w:p>
    <w:p xmlns:wp14="http://schemas.microsoft.com/office/word/2010/wordml" w:rsidP="0FEA3408" w14:paraId="68826EC9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określać miarę stopniową poszczególnych rodzajów kątów (P – R)</w:t>
      </w:r>
    </w:p>
    <w:p xmlns:wp14="http://schemas.microsoft.com/office/word/2010/wordml" w:rsidP="0FEA3408" w14:paraId="6EA3434A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obliczać obwody wielokątów w skali (P – R)</w:t>
      </w:r>
    </w:p>
    <w:p xmlns:wp14="http://schemas.microsoft.com/office/word/2010/wordml" w:rsidP="0FEA3408" w14:paraId="3C2D55FC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zna nazwy boków w trójkącie równoramiennym (P)</w:t>
      </w:r>
    </w:p>
    <w:p xmlns:wp14="http://schemas.microsoft.com/office/word/2010/wordml" w:rsidP="0FEA3408" w14:paraId="46A4CD66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zna nazwy boków w trójkącie prostokątnym (P)</w:t>
      </w:r>
    </w:p>
    <w:p xmlns:wp14="http://schemas.microsoft.com/office/word/2010/wordml" w:rsidP="0FEA3408" w14:paraId="5515F621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zna zależność między bokami w trójkącie równoramiennym (P)</w:t>
      </w:r>
    </w:p>
    <w:p xmlns:wp14="http://schemas.microsoft.com/office/word/2010/wordml" w:rsidP="0FEA3408" w14:paraId="7E32A395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rozumie klasyfikację trójkątów (P)</w:t>
      </w:r>
    </w:p>
    <w:p xmlns:wp14="http://schemas.microsoft.com/office/word/2010/wordml" w:rsidP="0FEA3408" w14:paraId="22FA9382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obliczać obwód trójkąta równoramiennego o danej długości podstawy i ramienia (P)</w:t>
      </w:r>
    </w:p>
    <w:p xmlns:wp14="http://schemas.microsoft.com/office/word/2010/wordml" w:rsidP="0FEA3408" w14:paraId="64DDDD12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zna zasady konstrukcji trójkąta przy pomocy cyrkla i linijki (P)</w:t>
      </w:r>
    </w:p>
    <w:p xmlns:wp14="http://schemas.microsoft.com/office/word/2010/wordml" w:rsidP="0FEA3408" w14:paraId="55F5CFC6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zna warunki zbudowania trójkąta (P)</w:t>
      </w:r>
    </w:p>
    <w:p xmlns:wp14="http://schemas.microsoft.com/office/word/2010/wordml" w:rsidP="0FEA3408" w14:paraId="6281A109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konstruować trójkąty o trzech danych bokach (P)</w:t>
      </w:r>
    </w:p>
    <w:p xmlns:wp14="http://schemas.microsoft.com/office/word/2010/wordml" w:rsidP="0FEA3408" w14:paraId="22E0C723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zna miary kątów w trójkącie równobocznym (P)</w:t>
      </w:r>
    </w:p>
    <w:p xmlns:wp14="http://schemas.microsoft.com/office/word/2010/wordml" w:rsidP="0FEA3408" w14:paraId="7061A272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zna zależność między kątami w trójkącie równoramiennym (P)</w:t>
      </w:r>
    </w:p>
    <w:p xmlns:wp14="http://schemas.microsoft.com/office/word/2010/wordml" w:rsidP="0FEA3408" w14:paraId="75867555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obliczać brakujące miary kątów trójkąta (P – R)</w:t>
      </w:r>
    </w:p>
    <w:p xmlns:wp14="http://schemas.microsoft.com/office/word/2010/wordml" w:rsidP="0FEA3408" w14:paraId="0EC79895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zna własności przekątnych prostokąta i kwadratu (P)</w:t>
      </w:r>
    </w:p>
    <w:p xmlns:wp14="http://schemas.microsoft.com/office/word/2010/wordml" w:rsidP="0FEA3408" w14:paraId="53ED8538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rysować prostokąt, kwadrat o danym obwodzie (P)</w:t>
      </w:r>
    </w:p>
    <w:p xmlns:wp14="http://schemas.microsoft.com/office/word/2010/wordml" w:rsidP="0FEA3408" w14:paraId="6955823B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obliczać długość łamanych, których odcinkami są części przekątnej prostokąta, mając długość tej przekątnej (P – R)</w:t>
      </w:r>
    </w:p>
    <w:p xmlns:wp14="http://schemas.microsoft.com/office/word/2010/wordml" w:rsidP="0FEA3408" w14:paraId="48B73305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zna własności przekątnych równoległoboku i rombu (P)</w:t>
      </w:r>
    </w:p>
    <w:p xmlns:wp14="http://schemas.microsoft.com/office/word/2010/wordml" w:rsidP="0FEA3408" w14:paraId="7A769DC2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zna sumę miar kątów wewnętrznych równoległoboku (P)</w:t>
      </w:r>
    </w:p>
    <w:p xmlns:wp14="http://schemas.microsoft.com/office/word/2010/wordml" w:rsidP="0FEA3408" w14:paraId="7B2AEBF3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zna własności miar kątów równoległoboku (P)</w:t>
      </w:r>
    </w:p>
    <w:p xmlns:wp14="http://schemas.microsoft.com/office/word/2010/wordml" w:rsidP="0FEA3408" w14:paraId="60D562B8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rysować równoległoboki i romby, mając dane: długości boków (P)</w:t>
      </w:r>
    </w:p>
    <w:p xmlns:wp14="http://schemas.microsoft.com/office/word/2010/wordml" w:rsidP="0FEA3408" w14:paraId="7F0CE6E9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obliczać brakujące miary kątów w równoległobokach (P – R)</w:t>
      </w:r>
    </w:p>
    <w:p xmlns:wp14="http://schemas.microsoft.com/office/word/2010/wordml" w:rsidP="0FEA3408" w14:paraId="7485DD88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zna nazwy boków w trapezie (P)</w:t>
      </w:r>
    </w:p>
    <w:p xmlns:wp14="http://schemas.microsoft.com/office/word/2010/wordml" w:rsidP="0FEA3408" w14:paraId="614A94DB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zna rodzaje trapezów (P)</w:t>
      </w:r>
    </w:p>
    <w:p xmlns:wp14="http://schemas.microsoft.com/office/word/2010/wordml" w:rsidP="0FEA3408" w14:paraId="4CC00DB3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zna sumę miar kątów trapezu (P)</w:t>
      </w:r>
    </w:p>
    <w:p xmlns:wp14="http://schemas.microsoft.com/office/word/2010/wordml" w:rsidP="0FEA3408" w14:paraId="19EBD3B9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zna własności miar kątów trapezu (P)</w:t>
      </w:r>
    </w:p>
    <w:p xmlns:wp14="http://schemas.microsoft.com/office/word/2010/wordml" w:rsidP="0FEA3408" w14:paraId="6D7DBAA3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rysować trapez, mając dane długości dwóch boków (P)</w:t>
      </w:r>
    </w:p>
    <w:p xmlns:wp14="http://schemas.microsoft.com/office/word/2010/wordml" w:rsidP="0FEA3408" w14:paraId="39C868DF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obliczać brakujące miary kątów w trapezach (P – R)</w:t>
      </w:r>
    </w:p>
    <w:p xmlns:wp14="http://schemas.microsoft.com/office/word/2010/wordml" w:rsidP="0FEA3408" w14:paraId="33D995C5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zna własności czworokątów (P – R)</w:t>
      </w:r>
    </w:p>
    <w:p xmlns:wp14="http://schemas.microsoft.com/office/word/2010/wordml" w:rsidP="0FEA3408" w14:paraId="08E8FC18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nazywać czworokąty, znając ich cechy (P –  R)</w:t>
      </w:r>
    </w:p>
    <w:p xmlns:wp14="http://schemas.microsoft.com/office/word/2010/wordml" w:rsidP="0FEA3408" w14:paraId="5F1DCAD5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zna pojęcie osi symetrii figury (P)</w:t>
      </w:r>
    </w:p>
    <w:p xmlns:wp14="http://schemas.microsoft.com/office/word/2010/wordml" w:rsidP="0FEA3408" w14:paraId="5E21A101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zna pojęcie figury osiowosymetrycznej (P)</w:t>
      </w:r>
    </w:p>
    <w:p xmlns:wp14="http://schemas.microsoft.com/office/word/2010/wordml" w:rsidP="0FEA3408" w14:paraId="24053444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wskazywać i rysować osie symetrii figury ( jeśli istnieją) (P)</w:t>
      </w:r>
    </w:p>
    <w:p xmlns:wp14="http://schemas.microsoft.com/office/word/2010/wordml" w:rsidP="0FEA3408" w14:paraId="1C8DED52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rozpoznać figury osiowosymetryczne (P – R)</w:t>
      </w:r>
    </w:p>
    <w:p xmlns:wp14="http://schemas.microsoft.com/office/word/2010/wordml" w:rsidP="0FEA3408" w14:paraId="52AEDF10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rysować figury osiowosymetryczne ( P – R)</w:t>
      </w:r>
    </w:p>
    <w:p xmlns:wp14="http://schemas.microsoft.com/office/word/2010/wordml" w:rsidP="0FEA3408" w14:paraId="12BA04F8" wp14:textId="77777777">
      <w:pPr>
        <w:pStyle w:val="Heading2"/>
        <w:rPr>
          <w:color w:val="auto"/>
        </w:rPr>
      </w:pPr>
      <w:r w:rsidRPr="0FEA3408" w:rsidR="0FEA3408">
        <w:rPr>
          <w:color w:val="auto"/>
        </w:rPr>
        <w:t>DZIAŁ 5. UŁAMKI DZIESIĘTNE</w:t>
      </w:r>
    </w:p>
    <w:p xmlns:wp14="http://schemas.microsoft.com/office/word/2010/wordml" w:rsidP="0FEA3408" w14:paraId="5AB3E7BC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rozumie pozycyjny układ dziesiątkowy z rozszerzeniem na części ułamkowe (P)</w:t>
      </w:r>
    </w:p>
    <w:p xmlns:wp14="http://schemas.microsoft.com/office/word/2010/wordml" w:rsidP="0FEA3408" w14:paraId="2C3C56BE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zapisywać ułamki dziesiętne z pominięciem nieistotnych zer (P)</w:t>
      </w:r>
    </w:p>
    <w:p xmlns:wp14="http://schemas.microsoft.com/office/word/2010/wordml" w:rsidP="0FEA3408" w14:paraId="4B928BA2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zamieniać ułamki zwykłe na dziesiętne poprzez rozszerzanie lub skracanie (P – R)</w:t>
      </w:r>
    </w:p>
    <w:p xmlns:wp14="http://schemas.microsoft.com/office/word/2010/wordml" w:rsidP="0FEA3408" w14:paraId="01506A69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opisywać części figur za pomocą ułamka dziesiętnego (P – R)</w:t>
      </w:r>
    </w:p>
    <w:p xmlns:wp14="http://schemas.microsoft.com/office/word/2010/wordml" w:rsidP="0FEA3408" w14:paraId="5602D51B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odczytywać ułamki dziesiętne na osi liczbowej oraz je zaznaczać (P – R)</w:t>
      </w:r>
    </w:p>
    <w:p xmlns:wp14="http://schemas.microsoft.com/office/word/2010/wordml" w:rsidP="0FEA3408" w14:paraId="3282415C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porównywać ułamki o różnej liczbie cyfr po przecinku (P – R)</w:t>
      </w:r>
    </w:p>
    <w:p xmlns:wp14="http://schemas.microsoft.com/office/word/2010/wordml" w:rsidP="0FEA3408" w14:paraId="1DE609AE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porównywać liczby przedstawione w postaci ułamka dziesiętnego oraz ułamka zwykłego (liczby mieszanej) (P – R)</w:t>
      </w:r>
    </w:p>
    <w:p xmlns:wp14="http://schemas.microsoft.com/office/word/2010/wordml" w:rsidP="0FEA3408" w14:paraId="73BF3C98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znajdować liczbę wymierną dodatnią leżącą między dwiema danymi na osi liczbowej (P – R)</w:t>
      </w:r>
    </w:p>
    <w:p xmlns:wp14="http://schemas.microsoft.com/office/word/2010/wordml" w:rsidP="0FEA3408" w14:paraId="712E1814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rozumie możliwość przedstawiania różnymi sposobami długości i masy (P)</w:t>
      </w:r>
    </w:p>
    <w:p xmlns:wp14="http://schemas.microsoft.com/office/word/2010/wordml" w:rsidP="0FEA3408" w14:paraId="47D0D020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wyrażać podane wielkości w różnych jednostkach (P – R)</w:t>
      </w:r>
    </w:p>
    <w:p xmlns:wp14="http://schemas.microsoft.com/office/word/2010/wordml" w:rsidP="0FEA3408" w14:paraId="4C67DAC0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stosować ułamki dziesiętne do zamiany wyrażeń dwumianowanych na jednomianowane i odwrotnie (P – R)</w:t>
      </w:r>
    </w:p>
    <w:p xmlns:wp14="http://schemas.microsoft.com/office/word/2010/wordml" w:rsidP="0FEA3408" w14:paraId="150FFE07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zna interpretację dodawania i odejmowania ułamków dziesiętnych na osi liczbowej (P)</w:t>
      </w:r>
    </w:p>
    <w:p xmlns:wp14="http://schemas.microsoft.com/office/word/2010/wordml" w:rsidP="0FEA3408" w14:paraId="36657386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rozumie porównywanie różnicowe (P)</w:t>
      </w:r>
    </w:p>
    <w:p xmlns:wp14="http://schemas.microsoft.com/office/word/2010/wordml" w:rsidP="0FEA3408" w14:paraId="1CBEFAFF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pamięciowo i pisemnie dodawać i odejmować ułamki dziesiętne o różnej liczbie cyfr po przecinku (P – R)</w:t>
      </w:r>
    </w:p>
    <w:p xmlns:wp14="http://schemas.microsoft.com/office/word/2010/wordml" w:rsidP="0FEA3408" w14:paraId="6E7C931E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rozwiązywać zadania tekstowe na porównywanie różnicowe (P – R)</w:t>
      </w:r>
    </w:p>
    <w:p xmlns:wp14="http://schemas.microsoft.com/office/word/2010/wordml" w:rsidP="0FEA3408" w14:paraId="4C5CD517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rozumie porównywanie ilorazowe (P)</w:t>
      </w:r>
    </w:p>
    <w:p xmlns:wp14="http://schemas.microsoft.com/office/word/2010/wordml" w:rsidP="0FEA3408" w14:paraId="53133B09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powiększać ułamki dziesiętne n razy (P – R)</w:t>
      </w:r>
    </w:p>
    <w:p xmlns:wp14="http://schemas.microsoft.com/office/word/2010/wordml" w:rsidP="0FEA3408" w14:paraId="706BC3AD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pamięciowo i pisemnie mnożyć kilka ułamków dziesiętnych (P – R)</w:t>
      </w:r>
    </w:p>
    <w:p xmlns:wp14="http://schemas.microsoft.com/office/word/2010/wordml" w:rsidP="0FEA3408" w14:paraId="6258EAD2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pamięciowo i pisemnie dzielić ułamki dziesiętne przez liczby naturalne wielocyfrowe (P – R)</w:t>
      </w:r>
    </w:p>
    <w:p xmlns:wp14="http://schemas.microsoft.com/office/word/2010/wordml" w:rsidP="0FEA3408" w14:paraId="392916FF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pomniejszać ułamki dziesiętne n razy (P – R)</w:t>
      </w:r>
    </w:p>
    <w:p xmlns:wp14="http://schemas.microsoft.com/office/word/2010/wordml" w:rsidP="0FEA3408" w14:paraId="3CE98600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zna algorytm dzielenia ułamków dziesiętnych (P)</w:t>
      </w:r>
    </w:p>
    <w:p xmlns:wp14="http://schemas.microsoft.com/office/word/2010/wordml" w:rsidP="0FEA3408" w14:paraId="1F80A52C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dzielić ułamki dziesiętne przez ułamki dziesiętne (P – R)</w:t>
      </w:r>
    </w:p>
    <w:p xmlns:wp14="http://schemas.microsoft.com/office/word/2010/wordml" w:rsidP="0FEA3408" w14:paraId="113C8D2B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zna zasadę zamiany ułamków zwykłych na ułamki dziesiętne metodą rozszerzania ułamka (P)</w:t>
      </w:r>
    </w:p>
    <w:p xmlns:wp14="http://schemas.microsoft.com/office/word/2010/wordml" w:rsidP="0FEA3408" w14:paraId="03518B0C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zamieniać ułamki zwykłe na ułamki dziesiętne i odwrotnie (P – R)</w:t>
      </w:r>
    </w:p>
    <w:p xmlns:wp14="http://schemas.microsoft.com/office/word/2010/wordml" w:rsidP="0FEA3408" w14:paraId="059032DA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wykonywać działania na liczbach wymiernych dodatnich (P – R)</w:t>
      </w:r>
    </w:p>
    <w:p xmlns:wp14="http://schemas.microsoft.com/office/word/2010/wordml" w:rsidP="0FEA3408" w14:paraId="48C53D06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porównywać ułamki zwykłe z ułamkami dziesiętnymi (P – R)</w:t>
      </w:r>
    </w:p>
    <w:p xmlns:wp14="http://schemas.microsoft.com/office/word/2010/wordml" w:rsidP="0FEA3408" w14:paraId="4554E131" wp14:textId="77777777">
      <w:pPr>
        <w:pStyle w:val="Heading2"/>
        <w:rPr>
          <w:color w:val="auto"/>
        </w:rPr>
      </w:pPr>
      <w:r w:rsidRPr="0FEA3408" w:rsidR="0FEA3408">
        <w:rPr>
          <w:color w:val="auto"/>
        </w:rPr>
        <w:t>DZIAŁ 6. POLA FIGUR</w:t>
      </w:r>
    </w:p>
    <w:p xmlns:wp14="http://schemas.microsoft.com/office/word/2010/wordml" w:rsidP="0FEA3408" w14:paraId="7916997B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obliczać pola prostokątów i kwadratów o długościach boków wyrażonych w różnych jednostkach (P – R)</w:t>
      </w:r>
    </w:p>
    <w:p xmlns:wp14="http://schemas.microsoft.com/office/word/2010/wordml" w:rsidP="0FEA3408" w14:paraId="766B935D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obliczać bok prostokąta, znając jego pole i długość drugiego boku (P – R)</w:t>
      </w:r>
    </w:p>
    <w:p xmlns:wp14="http://schemas.microsoft.com/office/word/2010/wordml" w:rsidP="0FEA3408" w14:paraId="6E1D502F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zna gruntowe jednostki pola i zależności między nimi (P)</w:t>
      </w:r>
    </w:p>
    <w:p xmlns:wp14="http://schemas.microsoft.com/office/word/2010/wordml" w:rsidP="0FEA3408" w14:paraId="34DC804F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rozumie związek pomiędzy jednostkami długości a jednostkami pola (P)</w:t>
      </w:r>
    </w:p>
    <w:p xmlns:wp14="http://schemas.microsoft.com/office/word/2010/wordml" w:rsidP="0FEA3408" w14:paraId="2AF955FC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zna zależności między jednostkami pola (P – R)</w:t>
      </w:r>
    </w:p>
    <w:p xmlns:wp14="http://schemas.microsoft.com/office/word/2010/wordml" w:rsidP="0FEA3408" w14:paraId="5D129F73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zamieniać jednostki pola (P – R)</w:t>
      </w:r>
    </w:p>
    <w:p xmlns:wp14="http://schemas.microsoft.com/office/word/2010/wordml" w:rsidP="0FEA3408" w14:paraId="7D6FF50F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rozwiązywać zadania tekstowe związane z zamianą jednostek pola (P – D)</w:t>
      </w:r>
    </w:p>
    <w:p xmlns:wp14="http://schemas.microsoft.com/office/word/2010/wordml" w:rsidP="0FEA3408" w14:paraId="4DD6B7DF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zna pojęcie wysokości i podstawy równoległoboku (P)</w:t>
      </w:r>
    </w:p>
    <w:p xmlns:wp14="http://schemas.microsoft.com/office/word/2010/wordml" w:rsidP="0FEA3408" w14:paraId="57E1E992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zna wzór na obliczanie pola równoległoboku (P)</w:t>
      </w:r>
    </w:p>
    <w:p xmlns:wp14="http://schemas.microsoft.com/office/word/2010/wordml" w:rsidP="0FEA3408" w14:paraId="176082B6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obliczać pola równoległoboków (P)</w:t>
      </w:r>
    </w:p>
    <w:p xmlns:wp14="http://schemas.microsoft.com/office/word/2010/wordml" w:rsidP="0FEA3408" w14:paraId="7CE4EC76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obliczać pola i obwody rombu (P)</w:t>
      </w:r>
    </w:p>
    <w:p xmlns:wp14="http://schemas.microsoft.com/office/word/2010/wordml" w:rsidP="0FEA3408" w14:paraId="592EAC94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zna wzór na obliczanie pola rombu wykorzystujący długości przekątnych (P)</w:t>
      </w:r>
    </w:p>
    <w:p xmlns:wp14="http://schemas.microsoft.com/office/word/2010/wordml" w:rsidP="0FEA3408" w14:paraId="32F97A5C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obliczać pole rombu o danych przekątnych (P)</w:t>
      </w:r>
    </w:p>
    <w:p xmlns:wp14="http://schemas.microsoft.com/office/word/2010/wordml" w:rsidP="0FEA3408" w14:paraId="37C0B21A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obliczać pole kwadratu o danej przekątnej (P)</w:t>
      </w:r>
    </w:p>
    <w:p xmlns:wp14="http://schemas.microsoft.com/office/word/2010/wordml" w:rsidP="0FEA3408" w14:paraId="3B21CD2A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zna pojęcie wysokości i podstawy trójkąta (P)</w:t>
      </w:r>
    </w:p>
    <w:p xmlns:wp14="http://schemas.microsoft.com/office/word/2010/wordml" w:rsidP="0FEA3408" w14:paraId="14622E9B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zna wzór na obliczanie pola trójkąta (P)</w:t>
      </w:r>
    </w:p>
    <w:p xmlns:wp14="http://schemas.microsoft.com/office/word/2010/wordml" w:rsidP="0FEA3408" w14:paraId="17DB6581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obliczać pole trójkąta, znając długość podstawy i wysokości trójkąta (P)</w:t>
      </w:r>
    </w:p>
    <w:p xmlns:wp14="http://schemas.microsoft.com/office/word/2010/wordml" w:rsidP="0FEA3408" w14:paraId="6ABE5AB0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obliczać pola narysowanych trójkątów ostrokątnych (P)</w:t>
      </w:r>
    </w:p>
    <w:p xmlns:wp14="http://schemas.microsoft.com/office/word/2010/wordml" w:rsidP="0FEA3408" w14:paraId="5C4126CE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obliczać pola trójkątów jako części prostokątów o znanych bokach (P – D)</w:t>
      </w:r>
    </w:p>
    <w:p xmlns:wp14="http://schemas.microsoft.com/office/word/2010/wordml" w:rsidP="0FEA3408" w14:paraId="5B85C5DD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zna pojęcie wysokości i podstawy trapezu (P)</w:t>
      </w:r>
    </w:p>
    <w:p xmlns:wp14="http://schemas.microsoft.com/office/word/2010/wordml" w:rsidP="0FEA3408" w14:paraId="28BD191A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zna wzór na obliczanie pola trapezu (P)</w:t>
      </w:r>
    </w:p>
    <w:p xmlns:wp14="http://schemas.microsoft.com/office/word/2010/wordml" w:rsidP="0FEA3408" w14:paraId="0A88D86F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obliczać pole trapezu, znając długość podstawy i wysokość (P)</w:t>
      </w:r>
    </w:p>
    <w:p xmlns:wp14="http://schemas.microsoft.com/office/word/2010/wordml" w:rsidP="0FEA3408" w14:paraId="7BDED0FE" wp14:textId="77777777">
      <w:pPr>
        <w:pStyle w:val="Heading2"/>
        <w:rPr>
          <w:color w:val="auto"/>
        </w:rPr>
      </w:pPr>
      <w:r w:rsidRPr="0FEA3408" w:rsidR="0FEA3408">
        <w:rPr>
          <w:color w:val="auto"/>
        </w:rPr>
        <w:t>DZIAŁ 7. LICZBY CAŁKOWITE</w:t>
      </w:r>
    </w:p>
    <w:p xmlns:wp14="http://schemas.microsoft.com/office/word/2010/wordml" w:rsidP="0FEA3408" w14:paraId="203D8750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zna pojęcie liczby całkowitej (P)</w:t>
      </w:r>
    </w:p>
    <w:p xmlns:wp14="http://schemas.microsoft.com/office/word/2010/wordml" w:rsidP="0FEA3408" w14:paraId="37575EB5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rozumie rozszerzenie zbioru liczb o zbiór liczb całkowitych (P)</w:t>
      </w:r>
    </w:p>
    <w:p xmlns:wp14="http://schemas.microsoft.com/office/word/2010/wordml" w:rsidP="0FEA3408" w14:paraId="584AC23F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podawać liczby całkowite większe lub mniejsze od danej (P)</w:t>
      </w:r>
    </w:p>
    <w:p xmlns:wp14="http://schemas.microsoft.com/office/word/2010/wordml" w:rsidP="0FEA3408" w14:paraId="0153A779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– ujemne (P)</w:t>
      </w:r>
    </w:p>
    <w:p xmlns:wp14="http://schemas.microsoft.com/office/word/2010/wordml" w:rsidP="0FEA3408" w14:paraId="4E652AF6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– ujemne z zerem (P)</w:t>
      </w:r>
    </w:p>
    <w:p xmlns:wp14="http://schemas.microsoft.com/office/word/2010/wordml" w:rsidP="0FEA3408" w14:paraId="41B54F58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porządkować liczby całkowite (P)</w:t>
      </w:r>
    </w:p>
    <w:p xmlns:wp14="http://schemas.microsoft.com/office/word/2010/wordml" w:rsidP="0FEA3408" w14:paraId="2AD7F4D9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odczytywać współrzędne liczb ujemnych (P – D)</w:t>
      </w:r>
    </w:p>
    <w:p xmlns:wp14="http://schemas.microsoft.com/office/word/2010/wordml" w:rsidP="0FEA3408" w14:paraId="48E9074D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rozwiązywać zadania związane z porównywaniem liczb całkowitych (P – D)</w:t>
      </w:r>
    </w:p>
    <w:p xmlns:wp14="http://schemas.microsoft.com/office/word/2010/wordml" w:rsidP="0FEA3408" w14:paraId="68E96A72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rozwiązywać zadania związane z liczbami całkowitymi (P – D)</w:t>
      </w:r>
    </w:p>
    <w:p xmlns:wp14="http://schemas.microsoft.com/office/word/2010/wordml" w:rsidP="0FEA3408" w14:paraId="1228443D" wp14:textId="77777777">
      <w:pPr>
        <w:pStyle w:val="Heading2"/>
        <w:rPr>
          <w:color w:val="auto"/>
        </w:rPr>
      </w:pPr>
      <w:r w:rsidRPr="0FEA3408" w:rsidR="0FEA3408">
        <w:rPr>
          <w:color w:val="auto"/>
        </w:rPr>
        <w:t>DZIAŁ 8. OBJĘTOŚĆ FIGURY</w:t>
      </w:r>
    </w:p>
    <w:p xmlns:wp14="http://schemas.microsoft.com/office/word/2010/wordml" w:rsidP="0FEA3408" w14:paraId="0FE1B5D7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rozumie różnicę między polem powierzchni a objętością (P)</w:t>
      </w:r>
    </w:p>
    <w:p xmlns:wp14="http://schemas.microsoft.com/office/word/2010/wordml" w:rsidP="0FEA3408" w14:paraId="6A5BA5A3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przyporządkować zadane objętości do obiektów z natury (P)</w:t>
      </w:r>
    </w:p>
    <w:p xmlns:wp14="http://schemas.microsoft.com/office/word/2010/wordml" w:rsidP="0FEA3408" w14:paraId="00A5ACDD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zna definicje litra i mililitra oraz zależności pomiędzy nimi (P)</w:t>
      </w:r>
    </w:p>
    <w:p xmlns:wp14="http://schemas.microsoft.com/office/word/2010/wordml" w:rsidP="0FEA3408" w14:paraId="30C13E05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wyrażać w litrach i mililitrach podane objętości (P – R)</w:t>
      </w:r>
    </w:p>
    <w:p xmlns:wp14="http://schemas.microsoft.com/office/word/2010/wordml" w:rsidP="0FEA3408" w14:paraId="26D8C952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wyrażać w litrach i mililitrach objętość prostopadłościanu o danych wymiarach (P – R)</w:t>
      </w:r>
    </w:p>
    <w:p xmlns:wp14="http://schemas.microsoft.com/office/word/2010/wordml" w:rsidP="0FEA3408" w14:paraId="5DAB6C7B" wp14:textId="77777777">
      <w:pPr>
        <w:rPr>
          <w:color w:val="auto"/>
        </w:rPr>
      </w:pPr>
      <w:r w:rsidRPr="0FEA3408">
        <w:rPr>
          <w:color w:val="auto"/>
        </w:rPr>
        <w:br w:type="page"/>
      </w:r>
    </w:p>
    <w:p xmlns:wp14="http://schemas.microsoft.com/office/word/2010/wordml" w:rsidP="0FEA3408" w14:paraId="10445970" wp14:textId="77777777">
      <w:pPr>
        <w:pStyle w:val="Heading1"/>
        <w:rPr>
          <w:color w:val="auto"/>
        </w:rPr>
      </w:pPr>
      <w:r w:rsidRPr="0FEA3408" w:rsidR="0FEA3408">
        <w:rPr>
          <w:color w:val="auto"/>
        </w:rPr>
        <w:t>WYMAGANIA NA OCENĘ DOBRĄ (4)</w:t>
      </w:r>
    </w:p>
    <w:p xmlns:wp14="http://schemas.microsoft.com/office/word/2010/wordml" w:rsidP="0FEA3408" w14:paraId="1A607E18" wp14:textId="77777777">
      <w:pPr>
        <w:jc w:val="center"/>
        <w:rPr>
          <w:i w:val="1"/>
          <w:iCs w:val="1"/>
          <w:color w:val="auto"/>
        </w:rPr>
      </w:pPr>
      <w:r w:rsidRPr="0FEA3408" w:rsidR="0FEA3408">
        <w:rPr>
          <w:i w:val="1"/>
          <w:iCs w:val="1"/>
          <w:color w:val="auto"/>
        </w:rPr>
        <w:t>poziom rozszerzający</w:t>
      </w:r>
    </w:p>
    <w:p xmlns:wp14="http://schemas.microsoft.com/office/word/2010/wordml" w:rsidP="0FEA3408" w14:paraId="20D31616" wp14:textId="77777777">
      <w:pPr>
        <w:rPr>
          <w:b w:val="1"/>
          <w:bCs w:val="1"/>
          <w:color w:val="auto"/>
        </w:rPr>
      </w:pPr>
      <w:r w:rsidRPr="0FEA3408" w:rsidR="0FEA3408">
        <w:rPr>
          <w:b w:val="1"/>
          <w:bCs w:val="1"/>
          <w:color w:val="auto"/>
        </w:rPr>
        <w:t>Obowiązują wszystkie wymagania określone na ocenę dostateczną oraz wymagania dodatkowe wymienione poniżej.</w:t>
      </w:r>
    </w:p>
    <w:p xmlns:wp14="http://schemas.microsoft.com/office/word/2010/wordml" w:rsidP="0FEA3408" w14:paraId="79A8739B" wp14:textId="77777777">
      <w:pPr>
        <w:pStyle w:val="Heading2"/>
        <w:rPr>
          <w:color w:val="auto"/>
        </w:rPr>
      </w:pPr>
      <w:r w:rsidRPr="0FEA3408" w:rsidR="0FEA3408">
        <w:rPr>
          <w:color w:val="auto"/>
        </w:rPr>
        <w:t>DZIAŁ 1. LICZBY I DZIAŁANIA</w:t>
      </w:r>
    </w:p>
    <w:p xmlns:wp14="http://schemas.microsoft.com/office/word/2010/wordml" w:rsidP="0FEA3408" w14:paraId="2A12A1CB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zapisywać liczby, których cyfry spełniają podane warunki (R – W)</w:t>
      </w:r>
    </w:p>
    <w:p xmlns:wp14="http://schemas.microsoft.com/office/word/2010/wordml" w:rsidP="0FEA3408" w14:paraId="7ED367C0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stosować prawo przemienności i łączności dodawania (R)</w:t>
      </w:r>
    </w:p>
    <w:p xmlns:wp14="http://schemas.microsoft.com/office/word/2010/wordml" w:rsidP="0FEA3408" w14:paraId="373B7FEE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rozwiązywać zadania tekstowe wielodziałaniowe (R)</w:t>
      </w:r>
    </w:p>
    <w:p xmlns:wp14="http://schemas.microsoft.com/office/word/2010/wordml" w:rsidP="0FEA3408" w14:paraId="7885C510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uzupełniać brakujące liczby w wyrażeniu arytmetycznym, tak by otrzymać ustalony wynik (R – W)</w:t>
      </w:r>
    </w:p>
    <w:p xmlns:wp14="http://schemas.microsoft.com/office/word/2010/wordml" w:rsidP="0FEA3408" w14:paraId="6545C33D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stosować poznane metody szybkiego liczenia w życiu codziennym (R – D)</w:t>
      </w:r>
    </w:p>
    <w:p xmlns:wp14="http://schemas.microsoft.com/office/word/2010/wordml" w:rsidP="0FEA3408" w14:paraId="0EB9ADEF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zna kolejność wykonywania działań, gdy występują nawiasy i potęgi (R)</w:t>
      </w:r>
    </w:p>
    <w:p xmlns:wp14="http://schemas.microsoft.com/office/word/2010/wordml" w:rsidP="0FEA3408" w14:paraId="44B0FB30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zna kolejność wykonywania działań, gdy nie występują nawiasy, a są potęgi (R)</w:t>
      </w:r>
    </w:p>
    <w:p xmlns:wp14="http://schemas.microsoft.com/office/word/2010/wordml" w:rsidP="0FEA3408" w14:paraId="18444FC0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obliczać wartości wyrażeń arytmetycznych wielodziałaniowych z uwzględnieniem kolejności działań, nawiasów i zawierające potęgi (R – D)</w:t>
      </w:r>
    </w:p>
    <w:p xmlns:wp14="http://schemas.microsoft.com/office/word/2010/wordml" w:rsidP="0FEA3408" w14:paraId="083D06D2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zapisywać podane słownie wyrażenia arytmetyczne i obliczać ich wartości (R – D)</w:t>
      </w:r>
    </w:p>
    <w:p xmlns:wp14="http://schemas.microsoft.com/office/word/2010/wordml" w:rsidP="0FEA3408" w14:paraId="2B2761C5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uzupełniać brakujące liczby w wyrażeniach arytmetycznych tak, by otrzymywać ustalone wyniki (R – D)</w:t>
      </w:r>
    </w:p>
    <w:p xmlns:wp14="http://schemas.microsoft.com/office/word/2010/wordml" w:rsidP="0FEA3408" w14:paraId="06D1A58A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uzupełniać brakujące znaki działań w wyrażeniach arytmetycznych tak, by otrzymywać ustalone wyniki (R – D)</w:t>
      </w:r>
    </w:p>
    <w:p xmlns:wp14="http://schemas.microsoft.com/office/word/2010/wordml" w:rsidP="0FEA3408" w14:paraId="0EAD3E1C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rozwiązywać zadania tekstowe związane z szacowaniem (R – D)</w:t>
      </w:r>
    </w:p>
    <w:p xmlns:wp14="http://schemas.microsoft.com/office/word/2010/wordml" w:rsidP="0FEA3408" w14:paraId="643D0252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obliczać dzielną (dzielnik), gdy dane są iloraz i dzielnik (dzielna) (R)</w:t>
      </w:r>
    </w:p>
    <w:p xmlns:wp14="http://schemas.microsoft.com/office/word/2010/wordml" w:rsidP="0FEA3408" w14:paraId="2AADFA41" wp14:textId="77777777">
      <w:pPr>
        <w:pStyle w:val="Heading2"/>
        <w:rPr>
          <w:color w:val="auto"/>
        </w:rPr>
      </w:pPr>
      <w:r w:rsidRPr="0FEA3408" w:rsidR="0FEA3408">
        <w:rPr>
          <w:color w:val="auto"/>
        </w:rPr>
        <w:t>DZIAŁ 2. WŁASNOŚCI LICZB NATURALNYCH</w:t>
      </w:r>
    </w:p>
    <w:p xmlns:wp14="http://schemas.microsoft.com/office/word/2010/wordml" w:rsidP="0FEA3408" w14:paraId="627CF719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znajdować NWW trzech liczb naturalnych (R – D)</w:t>
      </w:r>
    </w:p>
    <w:p xmlns:wp14="http://schemas.microsoft.com/office/word/2010/wordml" w:rsidP="0FEA3408" w14:paraId="62348F53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określać, czy dany rok jest przestępny (R – D)</w:t>
      </w:r>
    </w:p>
    <w:p xmlns:wp14="http://schemas.microsoft.com/office/word/2010/wordml" w:rsidP="0FEA3408" w14:paraId="3CB426C8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obliczać liczbę dzielników potęgi liczby pierwszej (R-W)</w:t>
      </w:r>
    </w:p>
    <w:p xmlns:wp14="http://schemas.microsoft.com/office/word/2010/wordml" w:rsidP="0FEA3408" w14:paraId="726E02DB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zapisywać rozkład liczb na czynniki pierwsze za pomocą potęg (R – D)</w:t>
      </w:r>
    </w:p>
    <w:p xmlns:wp14="http://schemas.microsoft.com/office/word/2010/wordml" w:rsidP="0FEA3408" w14:paraId="6AB8C890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znajdować NWD i NWW liczb korzystając z rozkładu liczb na czynniki pierwsze (R – D)</w:t>
      </w:r>
    </w:p>
    <w:p xmlns:wp14="http://schemas.microsoft.com/office/word/2010/wordml" w:rsidP="0FEA3408" w14:paraId="6444195F" wp14:textId="77777777">
      <w:pPr>
        <w:pStyle w:val="Heading2"/>
        <w:rPr>
          <w:color w:val="auto"/>
        </w:rPr>
      </w:pPr>
      <w:r w:rsidRPr="0FEA3408" w:rsidR="0FEA3408">
        <w:rPr>
          <w:color w:val="auto"/>
        </w:rPr>
        <w:t>DZIAŁ 3. UŁAMKI ZWYKŁE</w:t>
      </w:r>
    </w:p>
    <w:p xmlns:wp14="http://schemas.microsoft.com/office/word/2010/wordml" w:rsidP="0FEA3408" w14:paraId="23EEBD37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rozwiązywać zadania tekstowe związane z ułamkami zwykłymi (R)</w:t>
      </w:r>
    </w:p>
    <w:p xmlns:wp14="http://schemas.microsoft.com/office/word/2010/wordml" w:rsidP="0FEA3408" w14:paraId="3448A951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zna algorytm wyłączania całości z ułamka (R)</w:t>
      </w:r>
    </w:p>
    <w:p xmlns:wp14="http://schemas.microsoft.com/office/word/2010/wordml" w:rsidP="0FEA3408" w14:paraId="5BF0DB4D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przedstawiać ułamek niewłaściwy na osi liczbowej (R – D)</w:t>
      </w:r>
    </w:p>
    <w:p xmlns:wp14="http://schemas.microsoft.com/office/word/2010/wordml" w:rsidP="0FEA3408" w14:paraId="605558C4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rozwiązywać zadania tekstowe związane z pojęciem ułamka jako ilorazu liczb naturalnych (R)</w:t>
      </w:r>
    </w:p>
    <w:p xmlns:wp14="http://schemas.microsoft.com/office/word/2010/wordml" w:rsidP="0FEA3408" w14:paraId="02E5FBC4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sprowadzać ułamki do najmniejszego wspólnego mianownika (R – D)</w:t>
      </w:r>
    </w:p>
    <w:p xmlns:wp14="http://schemas.microsoft.com/office/word/2010/wordml" w:rsidP="0FEA3408" w14:paraId="5903A795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rozwiązywać zadania tekstowe związane z rozszerzaniem i skracaniem ułamków (R)</w:t>
      </w:r>
    </w:p>
    <w:p xmlns:wp14="http://schemas.microsoft.com/office/word/2010/wordml" w:rsidP="0FEA3408" w14:paraId="6B2722A2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zna algorytm porównywania ułamków do ½ (R)</w:t>
      </w:r>
    </w:p>
    <w:p xmlns:wp14="http://schemas.microsoft.com/office/word/2010/wordml" w:rsidP="0FEA3408" w14:paraId="3074AD70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zna algorytm porównywania ułamków poprzez ustalenie, który z nich na osi liczbowej leży bliżej 1 (R)</w:t>
      </w:r>
    </w:p>
    <w:p xmlns:wp14="http://schemas.microsoft.com/office/word/2010/wordml" w:rsidP="0FEA3408" w14:paraId="36E84960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rozwiązywać zadania tekstowe z zastosowaniem porównywania ułamków (R)</w:t>
      </w:r>
    </w:p>
    <w:p xmlns:wp14="http://schemas.microsoft.com/office/word/2010/wordml" w:rsidP="0FEA3408" w14:paraId="56C17A93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dodawać i odejmować dwie liczby mieszane o różnych mianownikach (P – R)</w:t>
      </w:r>
    </w:p>
    <w:p xmlns:wp14="http://schemas.microsoft.com/office/word/2010/wordml" w:rsidP="0FEA3408" w14:paraId="58AE996D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dodawać i odejmować kilka ułamków i liczb mieszanych o różnych mianownikach (R – D)</w:t>
      </w:r>
    </w:p>
    <w:p xmlns:wp14="http://schemas.microsoft.com/office/word/2010/wordml" w:rsidP="0FEA3408" w14:paraId="1AA10863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uzupełniać brakujące liczby w dodawaniu i odejmowaniu ułamków o różnych mianownikach, tak aby otrzymać ustalony wynik (R – D)</w:t>
      </w:r>
    </w:p>
    <w:p xmlns:wp14="http://schemas.microsoft.com/office/word/2010/wordml" w:rsidP="0FEA3408" w14:paraId="63ED96AD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powiększać liczby mieszane n razy (R)</w:t>
      </w:r>
    </w:p>
    <w:p xmlns:wp14="http://schemas.microsoft.com/office/word/2010/wordml" w:rsidP="0FEA3408" w14:paraId="69CCF21B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uzupełniać brakujące liczby w iloczynie ułamków tak, aby otrzymać ustalony wynik (R – D)</w:t>
      </w:r>
    </w:p>
    <w:p xmlns:wp14="http://schemas.microsoft.com/office/word/2010/wordml" w:rsidP="0FEA3408" w14:paraId="51439AEC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rozwiązywać zadania tekstowe z zastosowaniem obliczania ułamka liczby oraz obliczanie liczby, której część jest określona za pomocą ułamka (R – D)</w:t>
      </w:r>
    </w:p>
    <w:p xmlns:wp14="http://schemas.microsoft.com/office/word/2010/wordml" w:rsidP="0FEA3408" w14:paraId="0270C317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rozumie pojęcie ułamka liczby (R)</w:t>
      </w:r>
    </w:p>
    <w:p xmlns:wp14="http://schemas.microsoft.com/office/word/2010/wordml" w:rsidP="0FEA3408" w14:paraId="4750CAAB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stosować prawa działań w mnożeniu ułamków (R)</w:t>
      </w:r>
    </w:p>
    <w:p xmlns:wp14="http://schemas.microsoft.com/office/word/2010/wordml" w:rsidP="0FEA3408" w14:paraId="0160F787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obliczać ułamki liczb mieszanych (R)</w:t>
      </w:r>
    </w:p>
    <w:p xmlns:wp14="http://schemas.microsoft.com/office/word/2010/wordml" w:rsidP="0FEA3408" w14:paraId="60DD42FF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rozwiązywać zadania tekstowe z zastosowaniem mnożenia ułamków i liczb mieszanych (R)</w:t>
      </w:r>
    </w:p>
    <w:p xmlns:wp14="http://schemas.microsoft.com/office/word/2010/wordml" w:rsidP="0FEA3408" w14:paraId="286E398F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uzupełniać brakujące liczby w mnożeniu ułamków lub liczb mieszanych tak, aby otrzymać ustalony wynik (R – W)</w:t>
      </w:r>
    </w:p>
    <w:p xmlns:wp14="http://schemas.microsoft.com/office/word/2010/wordml" w:rsidP="0FEA3408" w14:paraId="5697E1A4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uzupełniać brakujące liczby w dzieleniu ułamków (liczb mieszanych) przez liczby naturalne tak, aby otrzymać ustalony wynik (R – W)</w:t>
      </w:r>
    </w:p>
    <w:p xmlns:wp14="http://schemas.microsoft.com/office/word/2010/wordml" w:rsidP="0FEA3408" w14:paraId="15AD63BC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uzupełniać brakujące liczby w dzieleniu i mnożeniu ułamków lub liczb mieszanych tak, aby otrzymać ustalony wynik (R – W)</w:t>
      </w:r>
    </w:p>
    <w:p xmlns:wp14="http://schemas.microsoft.com/office/word/2010/wordml" w:rsidP="0FEA3408" w14:paraId="1F00B9DD" wp14:textId="77777777">
      <w:pPr>
        <w:pStyle w:val="Heading2"/>
        <w:rPr>
          <w:color w:val="auto"/>
        </w:rPr>
      </w:pPr>
      <w:r w:rsidRPr="0FEA3408" w:rsidR="0FEA3408">
        <w:rPr>
          <w:color w:val="auto"/>
        </w:rPr>
        <w:t>DZIAŁ 4. FIGURY NA PŁASZCZYŹNIE</w:t>
      </w:r>
    </w:p>
    <w:p xmlns:wp14="http://schemas.microsoft.com/office/word/2010/wordml" w:rsidP="0FEA3408" w14:paraId="45973AE8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określać wzajemne położenia prostych i odcinków na płaszczyźnie (R – D)</w:t>
      </w:r>
    </w:p>
    <w:p xmlns:wp14="http://schemas.microsoft.com/office/word/2010/wordml" w:rsidP="0FEA3408" w14:paraId="68303250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zna rodzaje katów: wypukły, wklęsły (R)</w:t>
      </w:r>
    </w:p>
    <w:p xmlns:wp14="http://schemas.microsoft.com/office/word/2010/wordml" w:rsidP="0FEA3408" w14:paraId="405796AE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rysować czworokąty o danych kątach (R – W)</w:t>
      </w:r>
    </w:p>
    <w:p xmlns:wp14="http://schemas.microsoft.com/office/word/2010/wordml" w:rsidP="0FEA3408" w14:paraId="1A354E45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zna jednostki miary kątów: minuty, sekundy (R)</w:t>
      </w:r>
    </w:p>
    <w:p xmlns:wp14="http://schemas.microsoft.com/office/word/2010/wordml" w:rsidP="0FEA3408" w14:paraId="792DCB2E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obliczać miarę kąta wklęsłego (R – D)</w:t>
      </w:r>
    </w:p>
    <w:p xmlns:wp14="http://schemas.microsoft.com/office/word/2010/wordml" w:rsidP="0FEA3408" w14:paraId="04651274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– naprzemianległych (R)</w:t>
      </w:r>
    </w:p>
    <w:p xmlns:wp14="http://schemas.microsoft.com/office/word/2010/wordml" w:rsidP="0FEA3408" w14:paraId="280D0C74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– odpowiadających (R)</w:t>
      </w:r>
    </w:p>
    <w:p xmlns:wp14="http://schemas.microsoft.com/office/word/2010/wordml" w:rsidP="0FEA3408" w14:paraId="2EE3FE38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porównywać obwody wielokątów (R – D)</w:t>
      </w:r>
    </w:p>
    <w:p xmlns:wp14="http://schemas.microsoft.com/office/word/2010/wordml" w:rsidP="0FEA3408" w14:paraId="6D3931B6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obliczać długość podstawy (ramienia), znając obwód i długość ramienia (podstawy) trójkąta równoramiennego (R)</w:t>
      </w:r>
    </w:p>
    <w:p xmlns:wp14="http://schemas.microsoft.com/office/word/2010/wordml" w:rsidP="0FEA3408" w14:paraId="0F38B432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konstruować trójkąt równoramienny o danych długościach podstawy i ramienia (R)</w:t>
      </w:r>
    </w:p>
    <w:p xmlns:wp14="http://schemas.microsoft.com/office/word/2010/wordml" w:rsidP="0FEA3408" w14:paraId="475A1B34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konstruować trójkąt przystający do danego (R – D)</w:t>
      </w:r>
    </w:p>
    <w:p xmlns:wp14="http://schemas.microsoft.com/office/word/2010/wordml" w:rsidP="0FEA3408" w14:paraId="61648079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obliczyć brakujące miary kątów w trójkątach z wykorzystaniem miar kątów przyległych (R – D)</w:t>
      </w:r>
    </w:p>
    <w:p xmlns:wp14="http://schemas.microsoft.com/office/word/2010/wordml" w:rsidP="0FEA3408" w14:paraId="41F5DBB8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klasyfikować trójkąty, znając miary ich kątów oraz podawać miary kątów, znając nazwy trójkątów (R – D)</w:t>
      </w:r>
    </w:p>
    <w:p xmlns:wp14="http://schemas.microsoft.com/office/word/2010/wordml" w:rsidP="0FEA3408" w14:paraId="6A7343D3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obliczać miary kątów równoległoboku, znając zależności pomiędzy nimi (R – D)</w:t>
      </w:r>
    </w:p>
    <w:p xmlns:wp14="http://schemas.microsoft.com/office/word/2010/wordml" w:rsidP="0FEA3408" w14:paraId="312028DD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zna własności miar kątów trapezu równoramiennego (R)</w:t>
      </w:r>
    </w:p>
    <w:p xmlns:wp14="http://schemas.microsoft.com/office/word/2010/wordml" w:rsidP="0FEA3408" w14:paraId="73A5A6B9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obliczać długości wyróżnionych odcinków trapezu równoramiennego (R – D)</w:t>
      </w:r>
    </w:p>
    <w:p xmlns:wp14="http://schemas.microsoft.com/office/word/2010/wordml" w:rsidP="0FEA3408" w14:paraId="71091EB9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obliczać miary kątów trapezu równoramiennego (prostokątnego), znając zależności pomiędzy nimi (R – D)</w:t>
      </w:r>
    </w:p>
    <w:p xmlns:wp14="http://schemas.microsoft.com/office/word/2010/wordml" w:rsidP="0FEA3408" w14:paraId="5BA82BFF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rozwiązywać zadania tekstowe związane z miarami kątów trapezu (R)</w:t>
      </w:r>
    </w:p>
    <w:p xmlns:wp14="http://schemas.microsoft.com/office/word/2010/wordml" w:rsidP="0FEA3408" w14:paraId="4AD84342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rozumie klasyfikację czworokątów (R)</w:t>
      </w:r>
    </w:p>
    <w:p xmlns:wp14="http://schemas.microsoft.com/office/word/2010/wordml" w:rsidP="0FEA3408" w14:paraId="21BDBFAD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określać zależności między czworokątami (R –  D)</w:t>
      </w:r>
    </w:p>
    <w:p xmlns:wp14="http://schemas.microsoft.com/office/word/2010/wordml" w:rsidP="0FEA3408" w14:paraId="6201CB98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uzupełniać rysunek tak, aby nowa figura miała oś symetrii (R – D)</w:t>
      </w:r>
    </w:p>
    <w:p xmlns:wp14="http://schemas.microsoft.com/office/word/2010/wordml" w:rsidP="0FEA3408" w14:paraId="4452E397" wp14:textId="77777777">
      <w:pPr>
        <w:pStyle w:val="Heading2"/>
        <w:rPr>
          <w:color w:val="auto"/>
        </w:rPr>
      </w:pPr>
      <w:r w:rsidRPr="0FEA3408" w:rsidR="0FEA3408">
        <w:rPr>
          <w:color w:val="auto"/>
        </w:rPr>
        <w:t>DZIAŁ 5. UŁAMKI DZIESIĘTNE</w:t>
      </w:r>
    </w:p>
    <w:p xmlns:wp14="http://schemas.microsoft.com/office/word/2010/wordml" w:rsidP="0FEA3408" w14:paraId="0D3ABFF7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rozwiązywać zadania tekstowe związane z porównywaniem ułamków (R)</w:t>
      </w:r>
    </w:p>
    <w:p xmlns:wp14="http://schemas.microsoft.com/office/word/2010/wordml" w:rsidP="0FEA3408" w14:paraId="2FCB4695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porównywać długości (masy) wyrażone w różnych jednostkach (R)</w:t>
      </w:r>
    </w:p>
    <w:p xmlns:wp14="http://schemas.microsoft.com/office/word/2010/wordml" w:rsidP="0FEA3408" w14:paraId="0E9464DB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uzupełniać brakujące liczby w sumach i różnicach tak, aby otrzymać ustalony wynik (R)</w:t>
      </w:r>
    </w:p>
    <w:p xmlns:wp14="http://schemas.microsoft.com/office/word/2010/wordml" w:rsidP="0FEA3408" w14:paraId="45932004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obliczać wartości prostych wyrażeń arytmetycznych zawierających dodawanie i odejmowanie ułamków dziesiętnych z uwzględnieniem kolejności działań i nawiasów (R – D)</w:t>
      </w:r>
    </w:p>
    <w:p xmlns:wp14="http://schemas.microsoft.com/office/word/2010/wordml" w:rsidP="0FEA3408" w14:paraId="293828A4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rozwiązywać zadania tekstowe z zastosowaniem dodawania i odejmowania ułamków dziesiętnych (R)</w:t>
      </w:r>
    </w:p>
    <w:p xmlns:wp14="http://schemas.microsoft.com/office/word/2010/wordml" w:rsidP="0FEA3408" w14:paraId="7A36639B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rozwiązywać zadania tekstowe z zastosowaniem mnożenia ułamków dziesiętnych przez 10, 100, 1000... (R)</w:t>
      </w:r>
    </w:p>
    <w:p xmlns:wp14="http://schemas.microsoft.com/office/word/2010/wordml" w:rsidP="0FEA3408" w14:paraId="002C19F7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stosować przy zamianie jednostek mnożenie ułamków dziesiętnych przez 10, 100, 1000,... (R – D)</w:t>
      </w:r>
    </w:p>
    <w:p xmlns:wp14="http://schemas.microsoft.com/office/word/2010/wordml" w:rsidP="0FEA3408" w14:paraId="4501A822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rozwiązywać zadania tekstowe z zastosowaniem mnożenia i dzielenia ułamków dziesiętnych przez 10, 100, 1000... (R)</w:t>
      </w:r>
    </w:p>
    <w:p xmlns:wp14="http://schemas.microsoft.com/office/word/2010/wordml" w:rsidP="0FEA3408" w14:paraId="056066D8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stosować przy zamianie jednostek mnożenie i dzielenie ułamków dziesiętnych przez 10, 100, 1000... (R – D)</w:t>
      </w:r>
    </w:p>
    <w:p xmlns:wp14="http://schemas.microsoft.com/office/word/2010/wordml" w:rsidP="0FEA3408" w14:paraId="451BFEB3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rozwiązywać zadania tekstowe z zastosowaniem mnożenia ułamków dziesiętnych przez liczby naturalne (R)</w:t>
      </w:r>
    </w:p>
    <w:p xmlns:wp14="http://schemas.microsoft.com/office/word/2010/wordml" w:rsidP="0FEA3408" w14:paraId="17FF0CAF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rozumie obliczanie części liczby (R)</w:t>
      </w:r>
    </w:p>
    <w:p xmlns:wp14="http://schemas.microsoft.com/office/word/2010/wordml" w:rsidP="0FEA3408" w14:paraId="1EA4613A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obliczać ułamki z liczb wyrażonych ułamkami dziesiętnymi (R)</w:t>
      </w:r>
    </w:p>
    <w:p xmlns:wp14="http://schemas.microsoft.com/office/word/2010/wordml" w:rsidP="0FEA3408" w14:paraId="455446F3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rozwiązywać zadania tekstowe z zastosowaniem mnożenia ułamków dziesiętnych (R)</w:t>
      </w:r>
    </w:p>
    <w:p xmlns:wp14="http://schemas.microsoft.com/office/word/2010/wordml" w:rsidP="0FEA3408" w14:paraId="20E75AE2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obliczać wartości wyrażeń arytmetycznych zawierających dodawanie, odejmowanie i mnożenie ułamków dziesiętnych z uwzględnieniem kolejności działań i nawiasów (R – D)</w:t>
      </w:r>
    </w:p>
    <w:p xmlns:wp14="http://schemas.microsoft.com/office/word/2010/wordml" w:rsidP="0FEA3408" w14:paraId="0369891F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zna pojęcie średniej arytmetycznej kilku liczb (R – D)</w:t>
      </w:r>
    </w:p>
    <w:p xmlns:wp14="http://schemas.microsoft.com/office/word/2010/wordml" w:rsidP="0FEA3408" w14:paraId="2E450D68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rozwiązywać zadania tekstowe z zastosowaniem dzielenia ułamków dziesiętnych przez liczby naturalne (R)</w:t>
      </w:r>
    </w:p>
    <w:p xmlns:wp14="http://schemas.microsoft.com/office/word/2010/wordml" w:rsidP="0FEA3408" w14:paraId="7B497B19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rozwiązywać zadania tekstowe z zastosowaniem dzielenia ułamków dziesiętnych (R)</w:t>
      </w:r>
    </w:p>
    <w:p xmlns:wp14="http://schemas.microsoft.com/office/word/2010/wordml" w:rsidP="0FEA3408" w14:paraId="7A7D2711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szacować wyniki działań (R)</w:t>
      </w:r>
    </w:p>
    <w:p xmlns:wp14="http://schemas.microsoft.com/office/word/2010/wordml" w:rsidP="0FEA3408" w14:paraId="11CF9EAA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rozwiązywać zadania tekstowe związane z szacowaniem (R)</w:t>
      </w:r>
    </w:p>
    <w:p xmlns:wp14="http://schemas.microsoft.com/office/word/2010/wordml" w:rsidP="0FEA3408" w14:paraId="07A56E3B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zna zasadę zamiany ułamków zwykłych na ułamki dziesiętne metodą dzielenia licznika przez mianownik (R)</w:t>
      </w:r>
    </w:p>
    <w:p xmlns:wp14="http://schemas.microsoft.com/office/word/2010/wordml" w:rsidP="0FEA3408" w14:paraId="739E3025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obliczać wartości wyrażeń arytmetycznych zawierających działania na liczbach wymiernych dodatnich (R – W)</w:t>
      </w:r>
    </w:p>
    <w:p xmlns:wp14="http://schemas.microsoft.com/office/word/2010/wordml" w:rsidP="0FEA3408" w14:paraId="30AFB8F7" wp14:textId="77777777">
      <w:pPr>
        <w:pStyle w:val="Heading2"/>
        <w:rPr>
          <w:color w:val="auto"/>
        </w:rPr>
      </w:pPr>
      <w:r w:rsidRPr="0FEA3408" w:rsidR="0FEA3408">
        <w:rPr>
          <w:color w:val="auto"/>
        </w:rPr>
        <w:t>DZIAŁ 6. POLA FIGUR</w:t>
      </w:r>
    </w:p>
    <w:p xmlns:wp14="http://schemas.microsoft.com/office/word/2010/wordml" w:rsidP="0FEA3408" w14:paraId="1A459815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obliczać bok kwadratu, znając jego pole (R)</w:t>
      </w:r>
    </w:p>
    <w:p xmlns:wp14="http://schemas.microsoft.com/office/word/2010/wordml" w:rsidP="0FEA3408" w14:paraId="449CA9D5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obliczać pole kwadratu o danym obwodzie i odwrotnie (R)</w:t>
      </w:r>
    </w:p>
    <w:p xmlns:wp14="http://schemas.microsoft.com/office/word/2010/wordml" w:rsidP="0FEA3408" w14:paraId="51F3CF17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rozwiązywać zadania tekstowe związane z polami prostokątów (R – D)</w:t>
      </w:r>
    </w:p>
    <w:p xmlns:wp14="http://schemas.microsoft.com/office/word/2010/wordml" w:rsidP="0FEA3408" w14:paraId="73837D98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obliczać pola narysowanych figur jako sumy lub różnice pól prostokątów (R – D)</w:t>
      </w:r>
    </w:p>
    <w:p xmlns:wp14="http://schemas.microsoft.com/office/word/2010/wordml" w:rsidP="0FEA3408" w14:paraId="39F128E5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obliczać długość podstawy równoległoboku, znając jego pole i długość wysokości opuszczonej na tę podstawę (R)</w:t>
      </w:r>
    </w:p>
    <w:p xmlns:wp14="http://schemas.microsoft.com/office/word/2010/wordml" w:rsidP="0FEA3408" w14:paraId="1AA3381E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obliczać wysokość równoległoboku, znając jego pole i długość podstawy (R)</w:t>
      </w:r>
    </w:p>
    <w:p xmlns:wp14="http://schemas.microsoft.com/office/word/2010/wordml" w:rsidP="0FEA3408" w14:paraId="3EBC0CB9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obliczać wysokość rombu, znając jego obwód (R)</w:t>
      </w:r>
    </w:p>
    <w:p xmlns:wp14="http://schemas.microsoft.com/office/word/2010/wordml" w:rsidP="0FEA3408" w14:paraId="2A87E776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porównywać pola narysowanych równoległoboków (R)</w:t>
      </w:r>
    </w:p>
    <w:p xmlns:wp14="http://schemas.microsoft.com/office/word/2010/wordml" w:rsidP="0FEA3408" w14:paraId="2367E63E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rysować prostokąt o polu równym polu narysowanego równoległoboku i odwrotnie (R – D)</w:t>
      </w:r>
    </w:p>
    <w:p xmlns:wp14="http://schemas.microsoft.com/office/word/2010/wordml" w:rsidP="0FEA3408" w14:paraId="7AFA251B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obliczać pola narysowanych figur jako sumy lub różnice pól równoległoboków (R – D)</w:t>
      </w:r>
    </w:p>
    <w:p xmlns:wp14="http://schemas.microsoft.com/office/word/2010/wordml" w:rsidP="0FEA3408" w14:paraId="686F9D45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rozumie kryteria doboru wzoru na obliczanie pola rombu (R)</w:t>
      </w:r>
    </w:p>
    <w:p xmlns:wp14="http://schemas.microsoft.com/office/word/2010/wordml" w:rsidP="0FEA3408" w14:paraId="40257F0F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obliczać pole rombu, znając długość jednej przekątnej i związek między przekątnymi (R – D)</w:t>
      </w:r>
    </w:p>
    <w:p xmlns:wp14="http://schemas.microsoft.com/office/word/2010/wordml" w:rsidP="0FEA3408" w14:paraId="5B0C29BA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rysować romb o danym polu (R)</w:t>
      </w:r>
    </w:p>
    <w:p xmlns:wp14="http://schemas.microsoft.com/office/word/2010/wordml" w:rsidP="0FEA3408" w14:paraId="4C81FBCA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obliczać długość przekątnej rombu, znając jego pole i długość drugiej przekątnej (R – D)</w:t>
      </w:r>
    </w:p>
    <w:p xmlns:wp14="http://schemas.microsoft.com/office/word/2010/wordml" w:rsidP="0FEA3408" w14:paraId="668DF353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rysować trójkąty o danych polach (R)</w:t>
      </w:r>
    </w:p>
    <w:p xmlns:wp14="http://schemas.microsoft.com/office/word/2010/wordml" w:rsidP="0FEA3408" w14:paraId="20D0BA20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obliczać pola narysowanych trójkątów rozwartokątnych (R – D)</w:t>
      </w:r>
    </w:p>
    <w:p xmlns:wp14="http://schemas.microsoft.com/office/word/2010/wordml" w:rsidP="0FEA3408" w14:paraId="0B980F19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obliczać pole trójkąta prostokątnego o danych długościach przyprostokątnych (R)</w:t>
      </w:r>
    </w:p>
    <w:p xmlns:wp14="http://schemas.microsoft.com/office/word/2010/wordml" w:rsidP="0FEA3408" w14:paraId="7ACA2F45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obliczać pola narysowanych figur jako sumy lub różnicy pól trójkątów (R – D)</w:t>
      </w:r>
    </w:p>
    <w:p xmlns:wp14="http://schemas.microsoft.com/office/word/2010/wordml" w:rsidP="0FEA3408" w14:paraId="5A688895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rozwiązywać zadania tekstowe związane z polami trójkątów (R – W)</w:t>
      </w:r>
    </w:p>
    <w:p xmlns:wp14="http://schemas.microsoft.com/office/word/2010/wordml" w:rsidP="0FEA3408" w14:paraId="2870F4A4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obliczać pole trapezu, znając sumę długości podstaw i wysokość (R)</w:t>
      </w:r>
    </w:p>
    <w:p xmlns:wp14="http://schemas.microsoft.com/office/word/2010/wordml" w:rsidP="0FEA3408" w14:paraId="264B1C92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obliczać wysokość trapezu, znając jego pole i długości podstaw (ich sumę) lub zależności między nimi (R – D)</w:t>
      </w:r>
    </w:p>
    <w:p xmlns:wp14="http://schemas.microsoft.com/office/word/2010/wordml" w:rsidP="0FEA3408" w14:paraId="6D351E0E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obliczać pola narysowanych figur jako sumy lub różnicy pól znanych wielokątów (R – D)</w:t>
      </w:r>
    </w:p>
    <w:p xmlns:wp14="http://schemas.microsoft.com/office/word/2010/wordml" w:rsidP="0FEA3408" w14:paraId="778341EB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obliczać pola narysowanych figur jako sumy lub różnice pól znanych wielokątów (R – D)</w:t>
      </w:r>
    </w:p>
    <w:p xmlns:wp14="http://schemas.microsoft.com/office/word/2010/wordml" w:rsidP="0FEA3408" w14:paraId="600E0344" wp14:textId="77777777">
      <w:pPr>
        <w:pStyle w:val="Heading2"/>
        <w:rPr>
          <w:color w:val="auto"/>
        </w:rPr>
      </w:pPr>
      <w:r w:rsidRPr="0FEA3408" w:rsidR="0FEA3408">
        <w:rPr>
          <w:color w:val="auto"/>
        </w:rPr>
        <w:t>DZIAŁ 7. LICZBY CAŁKOWITE</w:t>
      </w:r>
    </w:p>
    <w:p xmlns:wp14="http://schemas.microsoft.com/office/word/2010/wordml" w:rsidP="0FEA3408" w14:paraId="7ACC3005" wp14:textId="77777777">
      <w:pPr>
        <w:rPr>
          <w:i w:val="1"/>
          <w:iCs w:val="1"/>
          <w:color w:val="auto"/>
        </w:rPr>
      </w:pPr>
      <w:r w:rsidRPr="0FEA3408" w:rsidR="0FEA3408">
        <w:rPr>
          <w:i w:val="1"/>
          <w:iCs w:val="1"/>
          <w:color w:val="auto"/>
        </w:rPr>
        <w:t>Brak dodatkowych wymagań ponad zakres oceny niższej.</w:t>
      </w:r>
    </w:p>
    <w:p xmlns:wp14="http://schemas.microsoft.com/office/word/2010/wordml" w:rsidP="0FEA3408" w14:paraId="385B9921" wp14:textId="77777777">
      <w:pPr>
        <w:pStyle w:val="Heading2"/>
        <w:rPr>
          <w:color w:val="auto"/>
        </w:rPr>
      </w:pPr>
      <w:r w:rsidRPr="0FEA3408" w:rsidR="0FEA3408">
        <w:rPr>
          <w:color w:val="auto"/>
        </w:rPr>
        <w:t>DZIAŁ 8. OBJĘTOŚĆ FIGURY</w:t>
      </w:r>
    </w:p>
    <w:p xmlns:wp14="http://schemas.microsoft.com/office/word/2010/wordml" w:rsidP="0FEA3408" w14:paraId="24C5CA3C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obliczać objętość prostopadłościanu zbudowanego z określonej liczby sześcianów (R)</w:t>
      </w:r>
    </w:p>
    <w:p xmlns:wp14="http://schemas.microsoft.com/office/word/2010/wordml" w:rsidP="0FEA3408" w14:paraId="6A914FC3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rozwiązywać zadania tekstowe związane z objętościami prostopadłościanów (R)</w:t>
      </w:r>
    </w:p>
    <w:p xmlns:wp14="http://schemas.microsoft.com/office/word/2010/wordml" w:rsidP="0FEA3408" w14:paraId="388B56B2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zna zależności pomiędzy jednostkami objętości (R – D)</w:t>
      </w:r>
    </w:p>
    <w:p xmlns:wp14="http://schemas.microsoft.com/office/word/2010/wordml" w:rsidP="0FEA3408" w14:paraId="2AE45D56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rozumie związek pomiędzy jednostkami długości a jednostkami objętości (R)</w:t>
      </w:r>
    </w:p>
    <w:p xmlns:wp14="http://schemas.microsoft.com/office/word/2010/wordml" w:rsidP="0FEA3408" w14:paraId="4615923E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rozwiązywać zadania tekstowe związane z objętościami brył wyrażonymi w litrach lub mililitrach (R – D)</w:t>
      </w:r>
    </w:p>
    <w:p xmlns:wp14="http://schemas.microsoft.com/office/word/2010/wordml" w:rsidP="0FEA3408" w14:paraId="3D4363B3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zamieniać jednostki objętości (R – D)</w:t>
      </w:r>
    </w:p>
    <w:p xmlns:wp14="http://schemas.microsoft.com/office/word/2010/wordml" w:rsidP="0FEA3408" w14:paraId="02EB378F" wp14:textId="77777777">
      <w:pPr>
        <w:rPr>
          <w:color w:val="auto"/>
        </w:rPr>
      </w:pPr>
      <w:r w:rsidRPr="0FEA3408">
        <w:rPr>
          <w:color w:val="auto"/>
        </w:rPr>
        <w:br w:type="page"/>
      </w:r>
    </w:p>
    <w:p xmlns:wp14="http://schemas.microsoft.com/office/word/2010/wordml" w:rsidP="0FEA3408" w14:paraId="06EAFA23" wp14:textId="77777777">
      <w:pPr>
        <w:pStyle w:val="Heading1"/>
        <w:rPr>
          <w:color w:val="auto"/>
        </w:rPr>
      </w:pPr>
      <w:r w:rsidRPr="0FEA3408" w:rsidR="0FEA3408">
        <w:rPr>
          <w:color w:val="auto"/>
        </w:rPr>
        <w:t>WYMAGANIA NA OCENĘ BARDZO DOBRĄ (5)</w:t>
      </w:r>
    </w:p>
    <w:p xmlns:wp14="http://schemas.microsoft.com/office/word/2010/wordml" w:rsidP="0FEA3408" w14:paraId="466E5863" wp14:textId="77777777">
      <w:pPr>
        <w:jc w:val="center"/>
        <w:rPr>
          <w:i w:val="1"/>
          <w:iCs w:val="1"/>
          <w:color w:val="auto"/>
        </w:rPr>
      </w:pPr>
      <w:r w:rsidRPr="0FEA3408" w:rsidR="0FEA3408">
        <w:rPr>
          <w:i w:val="1"/>
          <w:iCs w:val="1"/>
          <w:color w:val="auto"/>
        </w:rPr>
        <w:t>poziom dopełniający</w:t>
      </w:r>
    </w:p>
    <w:p xmlns:wp14="http://schemas.microsoft.com/office/word/2010/wordml" w:rsidP="0FEA3408" w14:paraId="1A28F7F1" wp14:textId="77777777">
      <w:pPr>
        <w:rPr>
          <w:b w:val="1"/>
          <w:bCs w:val="1"/>
          <w:color w:val="auto"/>
        </w:rPr>
      </w:pPr>
      <w:r w:rsidRPr="0FEA3408" w:rsidR="0FEA3408">
        <w:rPr>
          <w:b w:val="1"/>
          <w:bCs w:val="1"/>
          <w:color w:val="auto"/>
        </w:rPr>
        <w:t>Obowiązują wszystkie wymagania określone na ocenę dobrą oraz wymagania dodatkowe wymienione poniżej.</w:t>
      </w:r>
    </w:p>
    <w:p xmlns:wp14="http://schemas.microsoft.com/office/word/2010/wordml" w:rsidP="0FEA3408" w14:paraId="74A7C16D" wp14:textId="77777777">
      <w:pPr>
        <w:pStyle w:val="Heading2"/>
        <w:rPr>
          <w:color w:val="auto"/>
        </w:rPr>
      </w:pPr>
      <w:r w:rsidRPr="0FEA3408" w:rsidR="0FEA3408">
        <w:rPr>
          <w:color w:val="auto"/>
        </w:rPr>
        <w:t>DZIAŁ 1. LICZBY I DZIAŁANIA</w:t>
      </w:r>
    </w:p>
    <w:p xmlns:wp14="http://schemas.microsoft.com/office/word/2010/wordml" w:rsidP="0FEA3408" w14:paraId="3DB2CA68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tworzyć liczby przez dopisywanie cyfr do danej liczby na początku i na końcu oraz porównywać utworzoną liczbę z daną (D – W)</w:t>
      </w:r>
    </w:p>
    <w:p xmlns:wp14="http://schemas.microsoft.com/office/word/2010/wordml" w:rsidP="0FEA3408" w14:paraId="61FB6EDC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zastępować sumę dwóch liczb sumą lub różnicą dwóch innych liczb (P – D)</w:t>
      </w:r>
    </w:p>
    <w:p xmlns:wp14="http://schemas.microsoft.com/office/word/2010/wordml" w:rsidP="0FEA3408" w14:paraId="61C9C9B7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rozwiązywać nietypowe zadania tekstowe wielodziałaniowe (D – W)</w:t>
      </w:r>
    </w:p>
    <w:p xmlns:wp14="http://schemas.microsoft.com/office/word/2010/wordml" w:rsidP="0FEA3408" w14:paraId="0B095FFA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proponować własne metody szybkiego liczenia (D – W)</w:t>
      </w:r>
    </w:p>
    <w:p xmlns:wp14="http://schemas.microsoft.com/office/word/2010/wordml" w:rsidP="0FEA3408" w14:paraId="4BA8D10C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planować zakupy stosownie do posiadanych środków (D – W)</w:t>
      </w:r>
    </w:p>
    <w:p xmlns:wp14="http://schemas.microsoft.com/office/word/2010/wordml" w:rsidP="0FEA3408" w14:paraId="7E9F9518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odtwarzać brakujące cyfry w odejmowaniu pisemnym (D – W)</w:t>
      </w:r>
    </w:p>
    <w:p xmlns:wp14="http://schemas.microsoft.com/office/word/2010/wordml" w:rsidP="0FEA3408" w14:paraId="00C67931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rozwiązywać zadania tekstowe z zastosowaniem dodawania i odejmowania pisemnego (D – W)</w:t>
      </w:r>
    </w:p>
    <w:p xmlns:wp14="http://schemas.microsoft.com/office/word/2010/wordml" w:rsidP="0FEA3408" w14:paraId="67A758B2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odtwarzać brakujące cyfry w dzieleniu pisemnym (D – W)</w:t>
      </w:r>
    </w:p>
    <w:p xmlns:wp14="http://schemas.microsoft.com/office/word/2010/wordml" w:rsidP="0FEA3408" w14:paraId="619061E3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rozwiązywać zadania tekstowe z zastosowaniem działań pisemnych (D)</w:t>
      </w:r>
    </w:p>
    <w:p xmlns:wp14="http://schemas.microsoft.com/office/word/2010/wordml" w:rsidP="0FEA3408" w14:paraId="5E944FBF" wp14:textId="77777777">
      <w:pPr>
        <w:pStyle w:val="Heading2"/>
        <w:rPr>
          <w:color w:val="auto"/>
        </w:rPr>
      </w:pPr>
      <w:r w:rsidRPr="0FEA3408" w:rsidR="0FEA3408">
        <w:rPr>
          <w:color w:val="auto"/>
        </w:rPr>
        <w:t>DZIAŁ 2. WŁASNOŚCI LICZB NATURALNYCH</w:t>
      </w:r>
    </w:p>
    <w:p xmlns:wp14="http://schemas.microsoft.com/office/word/2010/wordml" w:rsidP="0FEA3408" w14:paraId="734F1751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rozwiązywać zadania tekstowe z wykorzystaniem NWW (D – W)</w:t>
      </w:r>
    </w:p>
    <w:p xmlns:wp14="http://schemas.microsoft.com/office/word/2010/wordml" w:rsidP="0FEA3408" w14:paraId="7E1CC9C5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zna cechy podzielności np. przez 12, 15 (D-W)</w:t>
      </w:r>
    </w:p>
    <w:p xmlns:wp14="http://schemas.microsoft.com/office/word/2010/wordml" w:rsidP="0FEA3408" w14:paraId="047F261D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rozpoznawać liczby podzielne przez 12, 15 itp. (D – W)</w:t>
      </w:r>
    </w:p>
    <w:p xmlns:wp14="http://schemas.microsoft.com/office/word/2010/wordml" w:rsidP="0FEA3408" w14:paraId="64ED796F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rozwiązywać zadania tekstowe związane z cechami podzielności (D – W)</w:t>
      </w:r>
    </w:p>
    <w:p xmlns:wp14="http://schemas.microsoft.com/office/word/2010/wordml" w:rsidP="0FEA3408" w14:paraId="5C66F4EF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rozkładać na czynniki pierwsze liczby zapisane w postaci iloczynu (D – W)</w:t>
      </w:r>
    </w:p>
    <w:p xmlns:wp14="http://schemas.microsoft.com/office/word/2010/wordml" w:rsidP="0FEA3408" w14:paraId="1DA8D3BD" wp14:textId="77777777">
      <w:pPr>
        <w:pStyle w:val="Heading2"/>
        <w:rPr>
          <w:color w:val="auto"/>
        </w:rPr>
      </w:pPr>
      <w:r w:rsidRPr="0FEA3408" w:rsidR="0FEA3408">
        <w:rPr>
          <w:color w:val="auto"/>
        </w:rPr>
        <w:t>DZIAŁ 3. UŁAMKI ZWYKŁE</w:t>
      </w:r>
    </w:p>
    <w:p xmlns:wp14="http://schemas.microsoft.com/office/word/2010/wordml" w:rsidP="0FEA3408" w14:paraId="3C9A72EB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rozwiązywać zadania tekstowe z zastosowaniem dodawania i odejmowania ułamków (D – W)</w:t>
      </w:r>
    </w:p>
    <w:p xmlns:wp14="http://schemas.microsoft.com/office/word/2010/wordml" w:rsidP="0FEA3408" w14:paraId="4C5E6769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rozwiązywać zadania tekstowe z zastosowaniem dodawania i odejmowania ułamków zwykłych (D – W)</w:t>
      </w:r>
    </w:p>
    <w:p xmlns:wp14="http://schemas.microsoft.com/office/word/2010/wordml" w:rsidP="0FEA3408" w14:paraId="5056591D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rozwiązywać zadania tekstowe z zastosowaniem mnożenia ułamków zwykłych i liczb mieszanych przez liczby naturalne (D – W)</w:t>
      </w:r>
    </w:p>
    <w:p xmlns:wp14="http://schemas.microsoft.com/office/word/2010/wordml" w:rsidP="0FEA3408" w14:paraId="28C224C1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rozwiązywać zadania tekstowe z zastosowaniem mnożenia ułamków zwykłych i liczb mieszanych (D – W)</w:t>
      </w:r>
    </w:p>
    <w:p xmlns:wp14="http://schemas.microsoft.com/office/word/2010/wordml" w:rsidP="0FEA3408" w14:paraId="25387A21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rozwiązywać zadania tekstowe z zastosowaniem dzielenia ułamków zwykłych i liczb mieszanych przez liczby naturalne (D – W)</w:t>
      </w:r>
    </w:p>
    <w:p xmlns:wp14="http://schemas.microsoft.com/office/word/2010/wordml" w:rsidP="0FEA3408" w14:paraId="3FED5BF1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rozwiązywać zadania tekstowe z zastosowaniem dzielenia ułamków zwykłych i liczb mieszanych (D – W)</w:t>
      </w:r>
    </w:p>
    <w:p xmlns:wp14="http://schemas.microsoft.com/office/word/2010/wordml" w:rsidP="0FEA3408" w14:paraId="0A6E1F10" wp14:textId="77777777">
      <w:pPr>
        <w:pStyle w:val="Heading2"/>
        <w:rPr>
          <w:color w:val="auto"/>
        </w:rPr>
      </w:pPr>
      <w:r w:rsidRPr="0FEA3408" w:rsidR="0FEA3408">
        <w:rPr>
          <w:color w:val="auto"/>
        </w:rPr>
        <w:t>DZIAŁ 4. FIGURY NA PŁASZCZYŹNIE</w:t>
      </w:r>
    </w:p>
    <w:p xmlns:wp14="http://schemas.microsoft.com/office/word/2010/wordml" w:rsidP="0FEA3408" w14:paraId="46FEFE2A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rozwiązywać zadania tekstowe związane z prostopadłością i równoległością prostych (D – W)</w:t>
      </w:r>
    </w:p>
    <w:p xmlns:wp14="http://schemas.microsoft.com/office/word/2010/wordml" w:rsidP="0FEA3408" w14:paraId="0917EB5E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rozwiązywać zadania związane z zegarem (D – W)</w:t>
      </w:r>
    </w:p>
    <w:p xmlns:wp14="http://schemas.microsoft.com/office/word/2010/wordml" w:rsidP="0FEA3408" w14:paraId="3791939D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dopełniać do kąta prostego kąty, których miary podane są w stopniach, minutach i sekundach (D – W)</w:t>
      </w:r>
    </w:p>
    <w:p xmlns:wp14="http://schemas.microsoft.com/office/word/2010/wordml" w:rsidP="0FEA3408" w14:paraId="59D6C1A9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określać miary kątów przyległych, wierzchołkowych, odpowiadających i naprzemianległych na podstawie rysunku lub treści zadania (D – W)</w:t>
      </w:r>
    </w:p>
    <w:p xmlns:wp14="http://schemas.microsoft.com/office/word/2010/wordml" w:rsidP="0FEA3408" w14:paraId="018DB81E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rozwiązywać zadania tekstowe związane z kątami (D – W)</w:t>
      </w:r>
    </w:p>
    <w:p xmlns:wp14="http://schemas.microsoft.com/office/word/2010/wordml" w:rsidP="0FEA3408" w14:paraId="1F7805C8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dzielić wielokąty na części spełniające podane warunki (D – W)</w:t>
      </w:r>
    </w:p>
    <w:p xmlns:wp14="http://schemas.microsoft.com/office/word/2010/wordml" w:rsidP="0FEA3408" w14:paraId="0B8DF83D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obliczać liczbę przekątnych n-kątów (D-W)</w:t>
      </w:r>
    </w:p>
    <w:p xmlns:wp14="http://schemas.microsoft.com/office/word/2010/wordml" w:rsidP="0FEA3408" w14:paraId="14A87E88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rozwiązywać zadania tekstowe związane z trójkątami (D – W)</w:t>
      </w:r>
    </w:p>
    <w:p xmlns:wp14="http://schemas.microsoft.com/office/word/2010/wordml" w:rsidP="0FEA3408" w14:paraId="7A633426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rozwiązywać zadania tekstowe związane z miarami kątów w trójkątach (D – W)</w:t>
      </w:r>
    </w:p>
    <w:p xmlns:wp14="http://schemas.microsoft.com/office/word/2010/wordml" w:rsidP="0FEA3408" w14:paraId="2BFD3DD6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obliczać sumy miar kątów wielokątów (D)</w:t>
      </w:r>
    </w:p>
    <w:p xmlns:wp14="http://schemas.microsoft.com/office/word/2010/wordml" w:rsidP="0FEA3408" w14:paraId="096CCA8D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rysować równoległoboki i romby, mając dane długości przekątnych (D)</w:t>
      </w:r>
    </w:p>
    <w:p xmlns:wp14="http://schemas.microsoft.com/office/word/2010/wordml" w:rsidP="0FEA3408" w14:paraId="76F176E2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wyróżniać w narysowanych figurach równoległoboki i romby (D)</w:t>
      </w:r>
    </w:p>
    <w:p xmlns:wp14="http://schemas.microsoft.com/office/word/2010/wordml" w:rsidP="0FEA3408" w14:paraId="298D5B13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rozwiązywać zadania tekstowe związane z miarami kątów w równoległobokach i trójkątach (D – W)</w:t>
      </w:r>
    </w:p>
    <w:p xmlns:wp14="http://schemas.microsoft.com/office/word/2010/wordml" w:rsidP="0FEA3408" w14:paraId="57F99943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rysować trapez równoramienny, mając dane długości dwóch podstaw (D)</w:t>
      </w:r>
    </w:p>
    <w:p xmlns:wp14="http://schemas.microsoft.com/office/word/2010/wordml" w:rsidP="0FEA3408" w14:paraId="464BBD02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wyróżniać w narysowanych figurach trapezy (D)</w:t>
      </w:r>
    </w:p>
    <w:p xmlns:wp14="http://schemas.microsoft.com/office/word/2010/wordml" w:rsidP="0FEA3408" w14:paraId="79B16EC3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rozwiązywać zadania tekstowe związane z miarami kątów trapezu, trójkąta i czworokąta (D – W)</w:t>
      </w:r>
    </w:p>
    <w:p xmlns:wp14="http://schemas.microsoft.com/office/word/2010/wordml" w:rsidP="0FEA3408" w14:paraId="01CC0EDF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rysować czworokąty spełniające podane warunki (D – W)</w:t>
      </w:r>
    </w:p>
    <w:p xmlns:wp14="http://schemas.microsoft.com/office/word/2010/wordml" w:rsidP="0FEA3408" w14:paraId="1B9EA839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rysować figury osiowosymetryczne ( D – W)</w:t>
      </w:r>
    </w:p>
    <w:p xmlns:wp14="http://schemas.microsoft.com/office/word/2010/wordml" w:rsidP="0FEA3408" w14:paraId="6C7C510B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uzupełniać rysunek tak, aby nowa figura miała oś symetrii (D – W)</w:t>
      </w:r>
    </w:p>
    <w:p xmlns:wp14="http://schemas.microsoft.com/office/word/2010/wordml" w:rsidP="0FEA3408" w14:paraId="2CF2E4B4" wp14:textId="77777777">
      <w:pPr>
        <w:pStyle w:val="Heading2"/>
        <w:rPr>
          <w:color w:val="auto"/>
        </w:rPr>
      </w:pPr>
      <w:r w:rsidRPr="0FEA3408" w:rsidR="0FEA3408">
        <w:rPr>
          <w:color w:val="auto"/>
        </w:rPr>
        <w:t>DZIAŁ 5. UŁAMKI DZIESIĘTNE</w:t>
      </w:r>
    </w:p>
    <w:p xmlns:wp14="http://schemas.microsoft.com/office/word/2010/wordml" w:rsidP="0FEA3408" w14:paraId="7B6D1520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odczytywać ułamki dziesiętne na osi liczbowej (D)</w:t>
      </w:r>
    </w:p>
    <w:p xmlns:wp14="http://schemas.microsoft.com/office/word/2010/wordml" w:rsidP="0FEA3408" w14:paraId="27CD0627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uzupełniać brakujące cyfry w ułamkach dziesiętnych tak, aby zachować poprawność nierówności (D – W)</w:t>
      </w:r>
    </w:p>
    <w:p xmlns:wp14="http://schemas.microsoft.com/office/word/2010/wordml" w:rsidP="0FEA3408" w14:paraId="5CBD6ADB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rozwiązywać zadania tekstowe związane z porównywaniem ułamków (D – W)</w:t>
      </w:r>
    </w:p>
    <w:p xmlns:wp14="http://schemas.microsoft.com/office/word/2010/wordml" w:rsidP="0FEA3408" w14:paraId="01F1D983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rozwiązywać zadania tekstowe związane z różnym sposobem zapisywania długości i masy (D – W)</w:t>
      </w:r>
    </w:p>
    <w:p xmlns:wp14="http://schemas.microsoft.com/office/word/2010/wordml" w:rsidP="0FEA3408" w14:paraId="1AC546B4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wstawiać znaki „+” i „–” w wyrażeniach arytmetycznych tak, aby otrzymać ustalony wynik (D – W)</w:t>
      </w:r>
    </w:p>
    <w:p xmlns:wp14="http://schemas.microsoft.com/office/word/2010/wordml" w:rsidP="0FEA3408" w14:paraId="0236B91D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rozwiązywać zadania tekstowe z zastosowaniem mnożenia i dzielenia ułamków dziesiętnych przez 10, 100, 1000... (D – W)</w:t>
      </w:r>
    </w:p>
    <w:p xmlns:wp14="http://schemas.microsoft.com/office/word/2010/wordml" w:rsidP="0FEA3408" w14:paraId="7D54FDC0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rozwiązywać zadania tekstowe z zastosowaniem mnożenia ułamków dziesiętnych przez liczby naturalne (D – W)</w:t>
      </w:r>
    </w:p>
    <w:p xmlns:wp14="http://schemas.microsoft.com/office/word/2010/wordml" w:rsidP="0FEA3408" w14:paraId="6F63651D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rozwiązywać zadania tekstowe z zastosowaniem mnożenia ułamków dziesiętnych (D)</w:t>
      </w:r>
    </w:p>
    <w:p xmlns:wp14="http://schemas.microsoft.com/office/word/2010/wordml" w:rsidP="0FEA3408" w14:paraId="0C0B3EEE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rozwiązywać zadania tekstowe z zastosowaniem dzielenia ułamków dziesiętnych (D – W)</w:t>
      </w:r>
    </w:p>
    <w:p xmlns:wp14="http://schemas.microsoft.com/office/word/2010/wordml" w:rsidP="0FEA3408" w14:paraId="3BA9183A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rozwiązywać zadania tekstowe związane z szacowaniem (D – W)</w:t>
      </w:r>
    </w:p>
    <w:p xmlns:wp14="http://schemas.microsoft.com/office/word/2010/wordml" w:rsidP="0FEA3408" w14:paraId="257590FB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rozwiązywać zadania tekstowe związane z działaniami na ułamkach zwykłych i dziesiętnych (D)</w:t>
      </w:r>
    </w:p>
    <w:p xmlns:wp14="http://schemas.microsoft.com/office/word/2010/wordml" w:rsidP="0FEA3408" w14:paraId="158003DF" wp14:textId="77777777">
      <w:pPr>
        <w:pStyle w:val="Heading2"/>
        <w:rPr>
          <w:color w:val="auto"/>
        </w:rPr>
      </w:pPr>
      <w:r w:rsidRPr="0FEA3408" w:rsidR="0FEA3408">
        <w:rPr>
          <w:color w:val="auto"/>
        </w:rPr>
        <w:t>DZIAŁ 6. POLA FIGUR</w:t>
      </w:r>
    </w:p>
    <w:p xmlns:wp14="http://schemas.microsoft.com/office/word/2010/wordml" w:rsidP="0FEA3408" w14:paraId="740DE56D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rozwiązywać zadania tekstowe związane z polami prostokątów w skali (D)</w:t>
      </w:r>
    </w:p>
    <w:p xmlns:wp14="http://schemas.microsoft.com/office/word/2010/wordml" w:rsidP="0FEA3408" w14:paraId="1D506FAD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rozwiązywać zadania tekstowe związane z zamianą jednostek pola (D – W)</w:t>
      </w:r>
    </w:p>
    <w:p xmlns:wp14="http://schemas.microsoft.com/office/word/2010/wordml" w:rsidP="0FEA3408" w14:paraId="6C0E8F02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obliczać wysokość równoległoboku, znając długości dwóch boków i drugiej wysokości (D)</w:t>
      </w:r>
    </w:p>
    <w:p xmlns:wp14="http://schemas.microsoft.com/office/word/2010/wordml" w:rsidP="0FEA3408" w14:paraId="0ECD6EBE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rozwiązywać zadania tekstowe związane z polami rombów (D – W)</w:t>
      </w:r>
    </w:p>
    <w:p xmlns:wp14="http://schemas.microsoft.com/office/word/2010/wordml" w:rsidP="0FEA3408" w14:paraId="54278727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obliczać wysokość trójkąta, znając długość podstawy i pole trójkąta (D)</w:t>
      </w:r>
    </w:p>
    <w:p xmlns:wp14="http://schemas.microsoft.com/office/word/2010/wordml" w:rsidP="0FEA3408" w14:paraId="220E1C02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obliczać długość podstawy trójkąta, znając wysokość i pole trójkąta (D)</w:t>
      </w:r>
    </w:p>
    <w:p xmlns:wp14="http://schemas.microsoft.com/office/word/2010/wordml" w:rsidP="0FEA3408" w14:paraId="062FAF31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obliczać długość przyprostokątnej, znając pole trójkąta i długość drugiej przyprostokątnej (D)</w:t>
      </w:r>
    </w:p>
    <w:p xmlns:wp14="http://schemas.microsoft.com/office/word/2010/wordml" w:rsidP="0FEA3408" w14:paraId="26D7E198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rysować prostokąty o polu równym polu narysowanego trójkąta i odwrotnie (D – W)</w:t>
      </w:r>
    </w:p>
    <w:p xmlns:wp14="http://schemas.microsoft.com/office/word/2010/wordml" w:rsidP="0FEA3408" w14:paraId="057B4596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rozwiązywać zadania tekstowe związane z polami trapezów (D – W)</w:t>
      </w:r>
    </w:p>
    <w:p xmlns:wp14="http://schemas.microsoft.com/office/word/2010/wordml" w:rsidP="0FEA3408" w14:paraId="08431022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rozwiązywać zadania tekstowe związane z polami wielokątów (D – W)</w:t>
      </w:r>
    </w:p>
    <w:p xmlns:wp14="http://schemas.microsoft.com/office/word/2010/wordml" w:rsidP="0FEA3408" w14:paraId="45D336D6" wp14:textId="77777777">
      <w:pPr>
        <w:pStyle w:val="Heading2"/>
        <w:rPr>
          <w:color w:val="auto"/>
        </w:rPr>
      </w:pPr>
      <w:r w:rsidRPr="0FEA3408" w:rsidR="0FEA3408">
        <w:rPr>
          <w:color w:val="auto"/>
        </w:rPr>
        <w:t>DZIAŁ 7. LICZBY CAŁKOWITE</w:t>
      </w:r>
    </w:p>
    <w:p xmlns:wp14="http://schemas.microsoft.com/office/word/2010/wordml" w:rsidP="0FEA3408" w14:paraId="03F2A880" wp14:textId="77777777">
      <w:pPr>
        <w:rPr>
          <w:i w:val="1"/>
          <w:iCs w:val="1"/>
          <w:color w:val="auto"/>
        </w:rPr>
      </w:pPr>
      <w:r w:rsidRPr="0FEA3408" w:rsidR="0FEA3408">
        <w:rPr>
          <w:i w:val="1"/>
          <w:iCs w:val="1"/>
          <w:color w:val="auto"/>
        </w:rPr>
        <w:t>Brak dodatkowych wymagań ponad zakres oceny niższej.</w:t>
      </w:r>
    </w:p>
    <w:p xmlns:wp14="http://schemas.microsoft.com/office/word/2010/wordml" w:rsidP="0FEA3408" w14:paraId="25A06041" wp14:textId="77777777">
      <w:pPr>
        <w:pStyle w:val="Heading2"/>
        <w:rPr>
          <w:color w:val="auto"/>
        </w:rPr>
      </w:pPr>
      <w:r w:rsidRPr="0FEA3408" w:rsidR="0FEA3408">
        <w:rPr>
          <w:color w:val="auto"/>
        </w:rPr>
        <w:t>DZIAŁ 8. OBJĘTOŚĆ FIGURY</w:t>
      </w:r>
    </w:p>
    <w:p xmlns:wp14="http://schemas.microsoft.com/office/word/2010/wordml" w:rsidP="0FEA3408" w14:paraId="3B26F78C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podawać liczbę sześcianów jednostkowych, z których składa się bryła na podstawie jej widoków z różnych stron (D – W)</w:t>
      </w:r>
    </w:p>
    <w:p xmlns:wp14="http://schemas.microsoft.com/office/word/2010/wordml" w:rsidP="0FEA3408" w14:paraId="3F73CA19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rozwiązywać nietypowe zadania tekstowe związane z objętościami prostopadłościanów (D – W)</w:t>
      </w:r>
    </w:p>
    <w:p xmlns:wp14="http://schemas.microsoft.com/office/word/2010/wordml" w:rsidP="0FEA3408" w14:paraId="0A0FAB76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obliczać pole powierzchni sześcianu znając jego objętość (D)</w:t>
      </w:r>
    </w:p>
    <w:p xmlns:wp14="http://schemas.microsoft.com/office/word/2010/wordml" w:rsidP="0FEA3408" w14:paraId="6E3F189D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stosować zamianę jednostek objętości w zadaniach tekstowych (D – W)</w:t>
      </w:r>
    </w:p>
    <w:p xmlns:wp14="http://schemas.microsoft.com/office/word/2010/wordml" w:rsidP="0FEA3408" w14:paraId="6A05A809" wp14:textId="77777777">
      <w:pPr>
        <w:rPr>
          <w:color w:val="auto"/>
        </w:rPr>
      </w:pPr>
      <w:r w:rsidRPr="0FEA3408">
        <w:rPr>
          <w:color w:val="auto"/>
        </w:rPr>
        <w:br w:type="page"/>
      </w:r>
    </w:p>
    <w:p xmlns:wp14="http://schemas.microsoft.com/office/word/2010/wordml" w:rsidP="0FEA3408" w14:paraId="57EE49DC" wp14:textId="77777777">
      <w:pPr>
        <w:pStyle w:val="Heading1"/>
        <w:rPr>
          <w:color w:val="auto"/>
        </w:rPr>
      </w:pPr>
      <w:r w:rsidRPr="0FEA3408" w:rsidR="0FEA3408">
        <w:rPr>
          <w:color w:val="auto"/>
        </w:rPr>
        <w:t>WYMAGANIA NA OCENĘ CELUJĄCĄ (6)</w:t>
      </w:r>
    </w:p>
    <w:p xmlns:wp14="http://schemas.microsoft.com/office/word/2010/wordml" w:rsidP="0FEA3408" w14:paraId="331B123D" wp14:textId="77777777">
      <w:pPr>
        <w:jc w:val="center"/>
        <w:rPr>
          <w:i w:val="1"/>
          <w:iCs w:val="1"/>
          <w:color w:val="auto"/>
        </w:rPr>
      </w:pPr>
      <w:r w:rsidRPr="0FEA3408" w:rsidR="0FEA3408">
        <w:rPr>
          <w:i w:val="1"/>
          <w:iCs w:val="1"/>
          <w:color w:val="auto"/>
        </w:rPr>
        <w:t>poziom wykraczający</w:t>
      </w:r>
    </w:p>
    <w:p xmlns:wp14="http://schemas.microsoft.com/office/word/2010/wordml" w:rsidP="0FEA3408" w14:paraId="5A9458C5" wp14:textId="77777777">
      <w:pPr>
        <w:rPr>
          <w:b w:val="1"/>
          <w:bCs w:val="1"/>
          <w:color w:val="auto"/>
        </w:rPr>
      </w:pPr>
      <w:r w:rsidRPr="0FEA3408" w:rsidR="0FEA3408">
        <w:rPr>
          <w:b w:val="1"/>
          <w:bCs w:val="1"/>
          <w:color w:val="auto"/>
        </w:rPr>
        <w:t>Obowiązują wszystkie wymagania określone na ocenę bardzo dobrą oraz wymagania dodatkowe wymienione poniżej.</w:t>
      </w:r>
    </w:p>
    <w:p xmlns:wp14="http://schemas.microsoft.com/office/word/2010/wordml" w:rsidP="0FEA3408" w14:paraId="4BD6CC08" wp14:textId="77777777">
      <w:pPr>
        <w:pStyle w:val="Heading2"/>
        <w:rPr>
          <w:color w:val="auto"/>
        </w:rPr>
      </w:pPr>
      <w:r w:rsidRPr="0FEA3408" w:rsidR="0FEA3408">
        <w:rPr>
          <w:color w:val="auto"/>
        </w:rPr>
        <w:t>DZIAŁ 1. LICZBY I DZIAŁANIA</w:t>
      </w:r>
    </w:p>
    <w:p xmlns:wp14="http://schemas.microsoft.com/office/word/2010/wordml" w:rsidP="0FEA3408" w14:paraId="6E09B179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odtwarzać brakujące cyfry w mnożeniu pisemnym (W)</w:t>
      </w:r>
    </w:p>
    <w:p xmlns:wp14="http://schemas.microsoft.com/office/word/2010/wordml" w:rsidP="0FEA3408" w14:paraId="5A4D3562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rozwiązywać zadania tekstowe dotyczące porównań różnicowych i ilorazowych (W)</w:t>
      </w:r>
    </w:p>
    <w:p xmlns:wp14="http://schemas.microsoft.com/office/word/2010/wordml" w:rsidP="0FEA3408" w14:paraId="3E55D4C9" wp14:textId="77777777">
      <w:pPr>
        <w:pStyle w:val="Heading2"/>
        <w:rPr>
          <w:color w:val="auto"/>
        </w:rPr>
      </w:pPr>
      <w:r w:rsidRPr="0FEA3408" w:rsidR="0FEA3408">
        <w:rPr>
          <w:color w:val="auto"/>
        </w:rPr>
        <w:t>DZIAŁ 2. WŁASNOŚCI LICZB NATURALNYCH</w:t>
      </w:r>
    </w:p>
    <w:p xmlns:wp14="http://schemas.microsoft.com/office/word/2010/wordml" w:rsidP="0FEA3408" w14:paraId="095E98B9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rozwiązywać zadania tekstowe z wykorzystaniem NWW trzech liczb naturalnych (W)</w:t>
      </w:r>
    </w:p>
    <w:p xmlns:wp14="http://schemas.microsoft.com/office/word/2010/wordml" w:rsidP="0FEA3408" w14:paraId="5B00E7D3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znajdować liczbę, gdy dana jest suma jej dzielników oraz jeden z nich (W)</w:t>
      </w:r>
    </w:p>
    <w:p xmlns:wp14="http://schemas.microsoft.com/office/word/2010/wordml" w:rsidP="0FEA3408" w14:paraId="2927C892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rozwiązywać zadania tekstowe związane z dzielnikami liczb naturalnych (W)</w:t>
      </w:r>
    </w:p>
    <w:p xmlns:wp14="http://schemas.microsoft.com/office/word/2010/wordml" w:rsidP="0FEA3408" w14:paraId="76E25A65" wp14:textId="77777777">
      <w:pPr>
        <w:pStyle w:val="Heading2"/>
        <w:rPr>
          <w:color w:val="auto"/>
        </w:rPr>
      </w:pPr>
      <w:r w:rsidRPr="0FEA3408" w:rsidR="0FEA3408">
        <w:rPr>
          <w:color w:val="auto"/>
        </w:rPr>
        <w:t>DZIAŁ 3. UŁAMKI ZWYKŁE</w:t>
      </w:r>
    </w:p>
    <w:p xmlns:wp14="http://schemas.microsoft.com/office/word/2010/wordml" w:rsidP="0FEA3408" w14:paraId="511AD4B5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rozwiązywać zadania tekstowe z zastosowaniem obliczania ułamka liczby (W)</w:t>
      </w:r>
    </w:p>
    <w:p xmlns:wp14="http://schemas.microsoft.com/office/word/2010/wordml" w:rsidP="0FEA3408" w14:paraId="5C184C2D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rozwiązywać zadania tekstowe z zastosowaniem obliczania liczby, której część jest określona za pomocą ułamka (W)</w:t>
      </w:r>
    </w:p>
    <w:p xmlns:wp14="http://schemas.microsoft.com/office/word/2010/wordml" w:rsidP="0FEA3408" w14:paraId="65D643E2" wp14:textId="77777777">
      <w:pPr>
        <w:pStyle w:val="Heading2"/>
        <w:rPr>
          <w:color w:val="auto"/>
        </w:rPr>
      </w:pPr>
      <w:r w:rsidRPr="0FEA3408" w:rsidR="0FEA3408">
        <w:rPr>
          <w:color w:val="auto"/>
        </w:rPr>
        <w:t>DZIAŁ 4. FIGURY NA PŁASZCZYŹNIE</w:t>
      </w:r>
    </w:p>
    <w:p xmlns:wp14="http://schemas.microsoft.com/office/word/2010/wordml" w:rsidP="0FEA3408" w14:paraId="6CA642D8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konstruować wielokąty przystające do danych (W)</w:t>
      </w:r>
    </w:p>
    <w:p xmlns:wp14="http://schemas.microsoft.com/office/word/2010/wordml" w:rsidP="0FEA3408" w14:paraId="633FD8E2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stwierdzać możliwość zbudowania trójkąta o danych długościach boków (W)</w:t>
      </w:r>
    </w:p>
    <w:p xmlns:wp14="http://schemas.microsoft.com/office/word/2010/wordml" w:rsidP="0FEA3408" w14:paraId="3567241F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rysować kwadraty, mając dane jeden wierzchołek i punkt przecięcia przekątnych (W)</w:t>
      </w:r>
    </w:p>
    <w:p xmlns:wp14="http://schemas.microsoft.com/office/word/2010/wordml" w:rsidP="0FEA3408" w14:paraId="17CF9A95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rozwiązywać zadania tekstowe związane z równoległobokami i rombami (W)</w:t>
      </w:r>
    </w:p>
    <w:p xmlns:wp14="http://schemas.microsoft.com/office/word/2010/wordml" w:rsidP="0FEA3408" w14:paraId="675AF37D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rozwiązywać zadania tekstowe związane z obwodami trapezów i trójkątów (W)</w:t>
      </w:r>
    </w:p>
    <w:p xmlns:wp14="http://schemas.microsoft.com/office/word/2010/wordml" w:rsidP="0FEA3408" w14:paraId="299C4B77" wp14:textId="77777777">
      <w:pPr>
        <w:pStyle w:val="Heading2"/>
        <w:rPr>
          <w:color w:val="auto"/>
        </w:rPr>
      </w:pPr>
      <w:r w:rsidRPr="0FEA3408" w:rsidR="0FEA3408">
        <w:rPr>
          <w:color w:val="auto"/>
        </w:rPr>
        <w:t>DZIAŁ 5. UŁAMKI DZIESIĘTNE</w:t>
      </w:r>
    </w:p>
    <w:p xmlns:wp14="http://schemas.microsoft.com/office/word/2010/wordml" w:rsidP="0FEA3408" w14:paraId="176801E2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rozwiązywać zadania tekstowe związane z zapisem ułamka dziesiętnego (W)</w:t>
      </w:r>
    </w:p>
    <w:p xmlns:wp14="http://schemas.microsoft.com/office/word/2010/wordml" w:rsidP="0FEA3408" w14:paraId="19B1F006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wstawiać znaki działań, tak aby wyrażenie arytmetyczne miało maksymalną wartość (W)</w:t>
      </w:r>
    </w:p>
    <w:p xmlns:wp14="http://schemas.microsoft.com/office/word/2010/wordml" w:rsidP="0FEA3408" w14:paraId="47F45303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rozwiązywać zadania związane z rozwinięciami nieskończonymi i okresowymi ułamków (W)</w:t>
      </w:r>
    </w:p>
    <w:p xmlns:wp14="http://schemas.microsoft.com/office/word/2010/wordml" w:rsidP="0FEA3408" w14:paraId="0211FD84" wp14:textId="77777777">
      <w:pPr>
        <w:pStyle w:val="Heading2"/>
        <w:rPr>
          <w:color w:val="auto"/>
        </w:rPr>
      </w:pPr>
      <w:r w:rsidRPr="0FEA3408" w:rsidR="0FEA3408">
        <w:rPr>
          <w:color w:val="auto"/>
        </w:rPr>
        <w:t>DZIAŁ 6. POLA FIGUR</w:t>
      </w:r>
    </w:p>
    <w:p xmlns:wp14="http://schemas.microsoft.com/office/word/2010/wordml" w:rsidP="0FEA3408" w14:paraId="42746261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dzielić linią prostą figury złożone z prostokątów na dwie części o równych polach (W)</w:t>
      </w:r>
    </w:p>
    <w:p xmlns:wp14="http://schemas.microsoft.com/office/word/2010/wordml" w:rsidP="0FEA3408" w14:paraId="1CBF8297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rozwiązywać zadania tekstowe związane z polami równoległoboków (W)</w:t>
      </w:r>
    </w:p>
    <w:p xmlns:wp14="http://schemas.microsoft.com/office/word/2010/wordml" w:rsidP="0FEA3408" w14:paraId="5F03DFAC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dzielić trapezy na części o równych polach (W)</w:t>
      </w:r>
    </w:p>
    <w:p xmlns:wp14="http://schemas.microsoft.com/office/word/2010/wordml" w:rsidP="0FEA3408" w14:paraId="3A42CCBF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rysować wielokąty o danych polach (W)</w:t>
      </w:r>
    </w:p>
    <w:p xmlns:wp14="http://schemas.microsoft.com/office/word/2010/wordml" w:rsidP="0FEA3408" w14:paraId="2229DDEB" wp14:textId="77777777">
      <w:pPr>
        <w:pStyle w:val="Heading2"/>
        <w:rPr>
          <w:color w:val="auto"/>
        </w:rPr>
      </w:pPr>
      <w:r w:rsidRPr="0FEA3408" w:rsidR="0FEA3408">
        <w:rPr>
          <w:color w:val="auto"/>
        </w:rPr>
        <w:t>DZIAŁ 7. LICZBY CAŁKOWITE</w:t>
      </w:r>
    </w:p>
    <w:p xmlns:wp14="http://schemas.microsoft.com/office/word/2010/wordml" w:rsidP="0FEA3408" w14:paraId="20EBEDCA" wp14:textId="77777777">
      <w:pPr>
        <w:pStyle w:val="ListBullet"/>
        <w:keepLines w:val="1"/>
        <w:ind w:left="369" w:hanging="159"/>
        <w:rPr>
          <w:color w:val="auto"/>
        </w:rPr>
      </w:pPr>
      <w:r w:rsidRPr="0FEA3408" w:rsidR="0FEA3408">
        <w:rPr>
          <w:color w:val="auto"/>
        </w:rPr>
        <w:t>umie rozwiązywać zadania związane z obliczaniem czasu lokalnego (W)</w:t>
      </w:r>
    </w:p>
    <w:p xmlns:wp14="http://schemas.microsoft.com/office/word/2010/wordml" w:rsidP="0FEA3408" w14:paraId="3961CC78" wp14:textId="77777777">
      <w:pPr>
        <w:pStyle w:val="Heading2"/>
        <w:rPr>
          <w:color w:val="auto"/>
        </w:rPr>
      </w:pPr>
      <w:r w:rsidRPr="0FEA3408" w:rsidR="0FEA3408">
        <w:rPr>
          <w:color w:val="auto"/>
        </w:rPr>
        <w:t>DZIAŁ 8. OBJĘTOŚĆ FIGURY</w:t>
      </w:r>
    </w:p>
    <w:p xmlns:wp14="http://schemas.microsoft.com/office/word/2010/wordml" w:rsidP="0FEA3408" w14:paraId="331D0939" wp14:textId="77777777">
      <w:pPr>
        <w:rPr>
          <w:i w:val="1"/>
          <w:iCs w:val="1"/>
          <w:color w:val="auto"/>
        </w:rPr>
      </w:pPr>
      <w:r w:rsidRPr="0FEA3408" w:rsidR="0FEA3408">
        <w:rPr>
          <w:i w:val="1"/>
          <w:iCs w:val="1"/>
          <w:color w:val="auto"/>
        </w:rPr>
        <w:t>Brak dodatkowych wymagań ponad zakres oceny niższej.</w:t>
      </w:r>
    </w:p>
    <w:sectPr w:rsidRPr="0006063C" w:rsidR="00FC693F" w:rsidSect="00034616">
      <w:footerReference w:type="default" r:id="rId9"/>
      <w:pgSz w:w="12240" w:h="15840" w:orient="portrait"/>
      <w:pgMar w:top="1020" w:right="1134" w:bottom="1020" w:left="1247" w:header="720" w:footer="720" w:gutter="0"/>
      <w:cols w:space="720"/>
      <w:docGrid w:linePitch="360"/>
      <w:headerReference w:type="default" r:id="R095ad943a6ad438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 xmlns:wp14="http://schemas.microsoft.com/office/word/2010/wordml" w:rsidP="0FEA3408" w14:paraId="08D3696B" wp14:textId="3811CD59">
    <w:pPr>
      <w:pStyle w:val="Footer"/>
      <w:suppressLineNumbers w:val="0"/>
      <w:bidi w:val="0"/>
      <w:spacing w:before="0" w:beforeAutospacing="off" w:after="0" w:afterAutospacing="off" w:line="240" w:lineRule="auto"/>
      <w:ind w:left="0" w:right="0"/>
      <w:jc w:val="center"/>
    </w:pPr>
    <w:r w:rsidRPr="0FEA3408" w:rsidR="0FEA3408">
      <w:rPr>
        <w:color w:val="646464"/>
        <w:sz w:val="16"/>
        <w:szCs w:val="16"/>
      </w:rPr>
      <w:t>Matematyka</w:t>
    </w:r>
    <w:r w:rsidRPr="0FEA3408" w:rsidR="0FEA3408">
      <w:rPr>
        <w:color w:val="646464"/>
        <w:sz w:val="16"/>
        <w:szCs w:val="16"/>
      </w:rPr>
      <w:t xml:space="preserve"> - </w:t>
    </w:r>
    <w:r w:rsidRPr="0FEA3408" w:rsidR="0FEA3408">
      <w:rPr>
        <w:color w:val="646464"/>
        <w:sz w:val="16"/>
        <w:szCs w:val="16"/>
      </w:rPr>
      <w:t>klasa</w:t>
    </w:r>
    <w:r w:rsidRPr="0FEA3408" w:rsidR="0FEA3408">
      <w:rPr>
        <w:color w:val="646464"/>
        <w:sz w:val="16"/>
        <w:szCs w:val="16"/>
      </w:rPr>
      <w:t xml:space="preserve"> V | </w:t>
    </w:r>
    <w:r w:rsidRPr="0FEA3408" w:rsidR="0FEA3408">
      <w:rPr>
        <w:color w:val="646464"/>
        <w:sz w:val="16"/>
        <w:szCs w:val="16"/>
      </w:rPr>
      <w:t>Matematyka</w:t>
    </w:r>
    <w:r w:rsidRPr="0FEA3408" w:rsidR="0FEA3408">
      <w:rPr>
        <w:color w:val="646464"/>
        <w:sz w:val="16"/>
        <w:szCs w:val="16"/>
      </w:rPr>
      <w:t xml:space="preserve"> z plusem</w:t>
    </w:r>
  </w:p>
</w:ftr>
</file>

<file path=word/header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285"/>
      <w:gridCol w:w="3285"/>
      <w:gridCol w:w="3285"/>
    </w:tblGrid>
    <w:tr w:rsidR="0FEA3408" w:rsidTr="0FEA3408" w14:paraId="6BAFC68E">
      <w:trPr>
        <w:trHeight w:val="300"/>
      </w:trPr>
      <w:tc>
        <w:tcPr>
          <w:tcW w:w="3285" w:type="dxa"/>
          <w:tcMar/>
        </w:tcPr>
        <w:p w:rsidR="0FEA3408" w:rsidP="0FEA3408" w:rsidRDefault="0FEA3408" w14:paraId="4E94F7BC" w14:textId="2AA84D98">
          <w:pPr>
            <w:pStyle w:val="Header"/>
            <w:bidi w:val="0"/>
            <w:ind w:left="-115"/>
            <w:jc w:val="left"/>
          </w:pPr>
        </w:p>
      </w:tc>
      <w:tc>
        <w:tcPr>
          <w:tcW w:w="3285" w:type="dxa"/>
          <w:tcMar/>
        </w:tcPr>
        <w:p w:rsidR="0FEA3408" w:rsidP="0FEA3408" w:rsidRDefault="0FEA3408" w14:paraId="4BBE8A96" w14:textId="3E47AEE9">
          <w:pPr>
            <w:pStyle w:val="Header"/>
            <w:bidi w:val="0"/>
            <w:jc w:val="center"/>
          </w:pPr>
        </w:p>
      </w:tc>
      <w:tc>
        <w:tcPr>
          <w:tcW w:w="3285" w:type="dxa"/>
          <w:tcMar/>
        </w:tcPr>
        <w:p w:rsidR="0FEA3408" w:rsidP="0FEA3408" w:rsidRDefault="0FEA3408" w14:paraId="5DF36344" w14:textId="3858C2B5">
          <w:pPr>
            <w:pStyle w:val="Header"/>
            <w:bidi w:val="0"/>
            <w:ind w:right="-115"/>
            <w:jc w:val="right"/>
          </w:pPr>
        </w:p>
      </w:tc>
    </w:tr>
  </w:tbl>
  <w:p w:rsidR="0FEA3408" w:rsidP="0FEA3408" w:rsidRDefault="0FEA3408" w14:paraId="14DF2F68" w14:textId="47CFE1DE">
    <w:pPr>
      <w:pStyle w:val="Header"/>
      <w:bidi w:val="0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15="http://schemas.microsoft.com/office/word/2012/wordml" mc:Ignorable="w14 wp14 w15">
  <w:zoom w:val="bestFit"/>
  <w:proofState w:spelling="clean" w:grammar="dirty"/>
  <w:trackRevisions w:val="false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FEA3408"/>
    <w:rsid w:val="1C4C1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15:docId w15:val="{0E4628FC-9BFC-48F9-8D55-9CC7B62A510E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 wp14">
  <w:docDefaults>
    <w:rPrDefault>
      <w:rPr>
        <w:rFonts w:asciiTheme="minorHAnsi" w:hAnsiTheme="minorHAnsi" w:eastAsiaTheme="minorEastAsia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C693F"/>
    <w:pPr>
      <w:spacing w:after="60" w:line="259" w:lineRule="auto"/>
    </w:pPr>
    <w:rPr>
      <w:rFonts w:ascii="Aptos" w:hAnsi="Aptos" w:eastAsia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Aptos Display" w:hAnsi="Aptos Display" w:eastAsia="Aptos Display" w:asciiTheme="majorHAnsi" w:hAnsiTheme="majorHAnsi" w:eastAsiaTheme="majorEastAsia" w:cstheme="majorBidi"/>
      <w:b/>
      <w:bCs/>
      <w:color w:val="1F4E79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Aptos Display" w:hAnsi="Aptos Display" w:eastAsia="Aptos Display" w:asciiTheme="majorHAnsi" w:hAnsiTheme="majorHAnsi" w:eastAsiaTheme="majorEastAsia" w:cstheme="majorBidi"/>
      <w:b/>
      <w:bCs/>
      <w:color w:val="365F91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color="4F81BD" w:themeColor="accent1" w:sz="8" w:space="4"/>
      </w:pBdr>
      <w:spacing w:after="300" w:line="240" w:lineRule="auto"/>
      <w:contextualSpacing/>
    </w:pPr>
    <w:rPr>
      <w:rFonts w:ascii="Aptos Display" w:hAnsi="Aptos Display" w:eastAsia="Aptos Display" w:asciiTheme="majorHAnsi" w:hAnsiTheme="majorHAnsi" w:eastAsiaTheme="majorEastAsia" w:cstheme="majorBidi"/>
      <w:b/>
      <w:color w:val="1F4E79"/>
      <w:spacing w:val="5"/>
      <w:kern w:val="28"/>
      <w:sz w:val="34"/>
      <w:szCs w:val="52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FC693F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FC693F"/>
    <w:rPr>
      <w:rFonts w:asciiTheme="majorHAnsi" w:hAnsiTheme="majorHAnsi" w:eastAsiaTheme="majorEastAsia" w:cstheme="majorBidi"/>
      <w:color w:val="243F60" w:themeColor="accent1" w:themeShade="7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FC693F"/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FC693F"/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themeTint="BF" w:sz="8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themeTint="BF" w:sz="6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themeTint="BF" w:sz="8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themeTint="BF" w:sz="6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404040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3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themeShade="99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themeShade="99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themeShade="99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themeShade="99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themeShade="99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themeShade="99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themeShade="99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3" /><Relationship Type="http://schemas.microsoft.com/office/2007/relationships/stylesWithEffects" Target="stylesWithEffects.xml" Id="rId4" /><Relationship Type="http://schemas.openxmlformats.org/officeDocument/2006/relationships/settings" Target="settings.xml" Id="rId5" /><Relationship Type="http://schemas.openxmlformats.org/officeDocument/2006/relationships/webSettings" Target="webSettings.xml" Id="rId6" /><Relationship Type="http://schemas.openxmlformats.org/officeDocument/2006/relationships/fontTable" Target="fontTable.xml" Id="rId7" /><Relationship Type="http://schemas.openxmlformats.org/officeDocument/2006/relationships/theme" Target="theme/theme1.xml" Id="rId8" /><Relationship Type="http://schemas.openxmlformats.org/officeDocument/2006/relationships/customXml" Target="../customXml/item1.xml" Id="rId1" /><Relationship Type="http://schemas.openxmlformats.org/officeDocument/2006/relationships/numbering" Target="numbering.xml" Id="rId2" /><Relationship Type="http://schemas.openxmlformats.org/officeDocument/2006/relationships/footer" Target="footer1.xml" Id="rId9" /><Relationship Type="http://schemas.openxmlformats.org/officeDocument/2006/relationships/header" Target="header.xml" Id="R095ad943a6ad438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Manager/>
  <ap:Company/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Wymagania edukacyjne z matematyki - klasa V - bez powtórzeń i treści nieobowiązkowych</dc:title>
  <dc:subject/>
  <dc:creator>Aleksandra Matys</dc:creator>
  <keywords/>
  <dc:description>generated by python-docx</dc:description>
  <lastModifiedBy>Aleksandra Matys</lastModifiedBy>
  <revision>2</revision>
  <dcterms:created xsi:type="dcterms:W3CDTF">2026-09-27T16:18:25.7472399Z</dcterms:created>
  <dcterms:modified xsi:type="dcterms:W3CDTF">2026-09-27T16:21:01.9967105Z</dcterms:modified>
  <category/>
</coreProperties>
</file>